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9ABB4" w14:textId="35FC9DD9" w:rsidR="00C220D0" w:rsidRPr="0047115A" w:rsidRDefault="00425252">
      <w:pPr>
        <w:pStyle w:val="Overskrift1"/>
        <w:rPr>
          <w:color w:val="auto"/>
          <w:lang w:val="nb-NO"/>
        </w:rPr>
      </w:pPr>
      <w:r w:rsidRPr="0047115A">
        <w:rPr>
          <w:color w:val="auto"/>
          <w:lang w:val="nb-NO"/>
        </w:rPr>
        <w:t>Retningslinjer for tildeling av tilskudd til kultur- og idrettsformål i Sarpsborg kommune</w:t>
      </w:r>
      <w:r w:rsidR="000A492A" w:rsidRPr="0047115A">
        <w:rPr>
          <w:color w:val="auto"/>
          <w:lang w:val="nb-NO"/>
        </w:rPr>
        <w:tab/>
      </w:r>
      <w:r w:rsidR="000A492A" w:rsidRPr="0047115A">
        <w:rPr>
          <w:color w:val="auto"/>
          <w:lang w:val="nb-NO"/>
        </w:rPr>
        <w:tab/>
      </w:r>
      <w:r w:rsidR="000A492A" w:rsidRPr="0047115A">
        <w:rPr>
          <w:color w:val="auto"/>
          <w:lang w:val="nb-NO"/>
        </w:rPr>
        <w:tab/>
      </w:r>
    </w:p>
    <w:p w14:paraId="3E0F550F" w14:textId="0A0642B4" w:rsidR="000A492A" w:rsidRPr="0047115A" w:rsidRDefault="000A492A" w:rsidP="000A492A">
      <w:pPr>
        <w:rPr>
          <w:lang w:val="nb-NO"/>
        </w:rPr>
      </w:pPr>
      <w:r w:rsidRPr="0047115A">
        <w:rPr>
          <w:lang w:val="nb-NO"/>
        </w:rPr>
        <w:t>Vedtatt</w:t>
      </w:r>
      <w:r w:rsidR="00130723" w:rsidRPr="0047115A">
        <w:rPr>
          <w:lang w:val="nb-NO"/>
        </w:rPr>
        <w:t xml:space="preserve"> 18</w:t>
      </w:r>
      <w:r w:rsidRPr="0047115A">
        <w:rPr>
          <w:lang w:val="nb-NO"/>
        </w:rPr>
        <w:t>.</w:t>
      </w:r>
      <w:r w:rsidR="00130723" w:rsidRPr="0047115A">
        <w:rPr>
          <w:lang w:val="nb-NO"/>
        </w:rPr>
        <w:t>06</w:t>
      </w:r>
      <w:r w:rsidRPr="0047115A">
        <w:rPr>
          <w:lang w:val="nb-NO"/>
        </w:rPr>
        <w:t>.2026</w:t>
      </w:r>
    </w:p>
    <w:p w14:paraId="4F2DCDAD" w14:textId="77777777" w:rsidR="009F2EB4" w:rsidRPr="0047115A" w:rsidRDefault="009F2EB4">
      <w:pPr>
        <w:rPr>
          <w:lang w:val="nb-NO"/>
        </w:rPr>
      </w:pPr>
    </w:p>
    <w:p w14:paraId="17BAA023" w14:textId="77777777" w:rsidR="00C220D0" w:rsidRPr="0047115A" w:rsidRDefault="00425252">
      <w:pPr>
        <w:rPr>
          <w:b/>
          <w:bCs/>
          <w:lang w:val="nb-NO"/>
        </w:rPr>
      </w:pPr>
      <w:r w:rsidRPr="0047115A">
        <w:rPr>
          <w:b/>
          <w:bCs/>
          <w:lang w:val="nb-NO"/>
        </w:rPr>
        <w:t>1. Formål</w:t>
      </w:r>
    </w:p>
    <w:p w14:paraId="65632581" w14:textId="2944B540" w:rsidR="00C220D0" w:rsidRPr="0047115A" w:rsidRDefault="00425252">
      <w:pPr>
        <w:rPr>
          <w:lang w:val="nb-NO"/>
        </w:rPr>
      </w:pPr>
      <w:r w:rsidRPr="0047115A">
        <w:rPr>
          <w:lang w:val="nb-NO"/>
        </w:rPr>
        <w:t>Tilskuddsordningene rettet mot kultur- og idrettsformål skal stimulere til mangfold, kvalitet og</w:t>
      </w:r>
      <w:r w:rsidR="009F2EB4" w:rsidRPr="0047115A">
        <w:rPr>
          <w:lang w:val="nb-NO"/>
        </w:rPr>
        <w:t xml:space="preserve"> </w:t>
      </w:r>
      <w:r w:rsidRPr="0047115A">
        <w:rPr>
          <w:lang w:val="nb-NO"/>
        </w:rPr>
        <w:t>utvikling av kultur- og idrettsfeltet i Sarpsborg kommune.</w:t>
      </w:r>
    </w:p>
    <w:p w14:paraId="48825E73" w14:textId="433E2907" w:rsidR="00C220D0" w:rsidRPr="0047115A" w:rsidRDefault="00425252">
      <w:pPr>
        <w:rPr>
          <w:lang w:val="nb-NO"/>
        </w:rPr>
      </w:pPr>
      <w:r w:rsidRPr="0047115A">
        <w:rPr>
          <w:lang w:val="nb-NO"/>
        </w:rPr>
        <w:t>Tilskuddsordningene har som mål å bidra til at lag, foreninger og andre aktører innenfor feltet</w:t>
      </w:r>
      <w:r w:rsidR="009F2EB4" w:rsidRPr="0047115A">
        <w:rPr>
          <w:lang w:val="nb-NO"/>
        </w:rPr>
        <w:t xml:space="preserve"> </w:t>
      </w:r>
      <w:r w:rsidRPr="0047115A">
        <w:rPr>
          <w:lang w:val="nb-NO"/>
        </w:rPr>
        <w:t>har de rammeverkene som behøves for å tilby befolkningen et bredt, likeverdig og</w:t>
      </w:r>
      <w:r w:rsidR="009F2EB4" w:rsidRPr="0047115A">
        <w:rPr>
          <w:lang w:val="nb-NO"/>
        </w:rPr>
        <w:t xml:space="preserve"> </w:t>
      </w:r>
      <w:r w:rsidRPr="0047115A">
        <w:rPr>
          <w:lang w:val="nb-NO"/>
        </w:rPr>
        <w:t>mangfoldig fritidstilbud, idretts- og aktivitetstilbud og kunst- og kulturtilbud.</w:t>
      </w:r>
      <w:r w:rsidR="009F2EB4" w:rsidRPr="0047115A">
        <w:rPr>
          <w:lang w:val="nb-NO"/>
        </w:rPr>
        <w:t xml:space="preserve"> </w:t>
      </w:r>
      <w:r w:rsidRPr="0047115A">
        <w:rPr>
          <w:lang w:val="nb-NO"/>
        </w:rPr>
        <w:t>Tilskuddsordningene skal fremme god folkehelse, bidra til å skape trygge aktiviteter, særlig</w:t>
      </w:r>
      <w:r w:rsidR="009F2EB4" w:rsidRPr="0047115A">
        <w:rPr>
          <w:lang w:val="nb-NO"/>
        </w:rPr>
        <w:t xml:space="preserve"> </w:t>
      </w:r>
      <w:r w:rsidRPr="0047115A">
        <w:rPr>
          <w:lang w:val="nb-NO"/>
        </w:rPr>
        <w:t>for barn og unge, med lav terskel for deltakelse, uavhengig av forutsetninger.</w:t>
      </w:r>
    </w:p>
    <w:p w14:paraId="3D30FFB7" w14:textId="47287738" w:rsidR="00C220D0" w:rsidRPr="0047115A" w:rsidRDefault="00425252">
      <w:pPr>
        <w:rPr>
          <w:lang w:val="nb-NO"/>
        </w:rPr>
      </w:pPr>
      <w:r w:rsidRPr="0047115A">
        <w:rPr>
          <w:lang w:val="nb-NO"/>
        </w:rPr>
        <w:t>Midlene til tilskudd og fordelingen mellom de ulike ordningene, fastsettes av bystyret</w:t>
      </w:r>
      <w:r w:rsidR="009F2EB4" w:rsidRPr="0047115A">
        <w:rPr>
          <w:lang w:val="nb-NO"/>
        </w:rPr>
        <w:t xml:space="preserve"> </w:t>
      </w:r>
      <w:r w:rsidRPr="0047115A">
        <w:rPr>
          <w:lang w:val="nb-NO"/>
        </w:rPr>
        <w:t>gjennom årlig behandling av budsjett.</w:t>
      </w:r>
    </w:p>
    <w:p w14:paraId="1BCEEBCB" w14:textId="77777777" w:rsidR="00C220D0" w:rsidRPr="0047115A" w:rsidRDefault="00425252">
      <w:pPr>
        <w:rPr>
          <w:b/>
          <w:bCs/>
          <w:lang w:val="nb-NO"/>
        </w:rPr>
      </w:pPr>
      <w:r w:rsidRPr="0047115A">
        <w:rPr>
          <w:b/>
          <w:bCs/>
          <w:lang w:val="nb-NO"/>
        </w:rPr>
        <w:t>2. Sjekkliste for deg som skal søke tilskudd</w:t>
      </w:r>
    </w:p>
    <w:p w14:paraId="1AEC310C" w14:textId="37BC81FC" w:rsidR="00C220D0" w:rsidRPr="0047115A" w:rsidRDefault="00425252" w:rsidP="009F2EB4">
      <w:pPr>
        <w:pStyle w:val="Listeavsnitt"/>
        <w:numPr>
          <w:ilvl w:val="0"/>
          <w:numId w:val="10"/>
        </w:numPr>
        <w:rPr>
          <w:lang w:val="nb-NO"/>
        </w:rPr>
      </w:pPr>
      <w:r w:rsidRPr="0047115A">
        <w:rPr>
          <w:lang w:val="nb-NO"/>
        </w:rPr>
        <w:t>Tilskuddsmottakere skal som hovedregel være registrert i Brønnøysundregisteret og</w:t>
      </w:r>
      <w:r w:rsidR="009F2EB4" w:rsidRPr="0047115A">
        <w:rPr>
          <w:lang w:val="nb-NO"/>
        </w:rPr>
        <w:t xml:space="preserve"> </w:t>
      </w:r>
      <w:r w:rsidRPr="0047115A">
        <w:rPr>
          <w:lang w:val="nb-NO"/>
        </w:rPr>
        <w:t>ha eget organisasjonsnummer – søker har selv ansvar for at informasjonen tilknyttet</w:t>
      </w:r>
      <w:r w:rsidR="009F2EB4" w:rsidRPr="0047115A">
        <w:rPr>
          <w:lang w:val="nb-NO"/>
        </w:rPr>
        <w:t xml:space="preserve"> </w:t>
      </w:r>
      <w:r w:rsidRPr="0047115A">
        <w:rPr>
          <w:lang w:val="nb-NO"/>
        </w:rPr>
        <w:t>organisasjonen er korrekt</w:t>
      </w:r>
    </w:p>
    <w:p w14:paraId="28B9A19D" w14:textId="5F22B6DF" w:rsidR="00C220D0" w:rsidRPr="0047115A" w:rsidRDefault="00425252" w:rsidP="009F2EB4">
      <w:pPr>
        <w:pStyle w:val="Listeavsnitt"/>
        <w:numPr>
          <w:ilvl w:val="0"/>
          <w:numId w:val="10"/>
        </w:numPr>
        <w:rPr>
          <w:lang w:val="nb-NO"/>
        </w:rPr>
      </w:pPr>
      <w:r w:rsidRPr="0047115A">
        <w:rPr>
          <w:lang w:val="nb-NO"/>
        </w:rPr>
        <w:t>Tiltak det søkes tilskudd til skal normalt foregå i Sarpsborg kommune eller i regi av</w:t>
      </w:r>
      <w:r w:rsidR="009F2EB4" w:rsidRPr="0047115A">
        <w:rPr>
          <w:lang w:val="nb-NO"/>
        </w:rPr>
        <w:t xml:space="preserve"> </w:t>
      </w:r>
      <w:r w:rsidRPr="0047115A">
        <w:rPr>
          <w:lang w:val="nb-NO"/>
        </w:rPr>
        <w:t>foreninger som hører hjemme i Sarpsborg.</w:t>
      </w:r>
    </w:p>
    <w:p w14:paraId="01337835" w14:textId="46FAB424" w:rsidR="00C220D0" w:rsidRPr="0047115A" w:rsidRDefault="00425252" w:rsidP="009F2EB4">
      <w:pPr>
        <w:pStyle w:val="Listeavsnitt"/>
        <w:numPr>
          <w:ilvl w:val="0"/>
          <w:numId w:val="10"/>
        </w:numPr>
        <w:rPr>
          <w:lang w:val="nb-NO"/>
        </w:rPr>
      </w:pPr>
      <w:r w:rsidRPr="0047115A">
        <w:rPr>
          <w:lang w:val="nb-NO"/>
        </w:rPr>
        <w:t>Alle søknader skal leveres digitalt via Sarpsborg kommunes elektroniske</w:t>
      </w:r>
      <w:r w:rsidR="009F2EB4" w:rsidRPr="0047115A">
        <w:rPr>
          <w:lang w:val="nb-NO"/>
        </w:rPr>
        <w:t xml:space="preserve"> </w:t>
      </w:r>
      <w:r w:rsidRPr="0047115A">
        <w:rPr>
          <w:lang w:val="nb-NO"/>
        </w:rPr>
        <w:t>søknadskjema.</w:t>
      </w:r>
    </w:p>
    <w:p w14:paraId="2E974007" w14:textId="3773A6B1" w:rsidR="00C220D0" w:rsidRPr="0047115A" w:rsidRDefault="00425252" w:rsidP="009F2EB4">
      <w:pPr>
        <w:pStyle w:val="Listeavsnitt"/>
        <w:numPr>
          <w:ilvl w:val="0"/>
          <w:numId w:val="10"/>
        </w:numPr>
        <w:rPr>
          <w:lang w:val="nb-NO"/>
        </w:rPr>
      </w:pPr>
      <w:r w:rsidRPr="0047115A">
        <w:rPr>
          <w:lang w:val="nb-NO"/>
        </w:rPr>
        <w:t>Vedlagt dokumentasjon skal også følge søknaden digitalt.</w:t>
      </w:r>
    </w:p>
    <w:p w14:paraId="7B801DEA" w14:textId="1C3C187F" w:rsidR="00C220D0" w:rsidRPr="0047115A" w:rsidRDefault="00425252" w:rsidP="009F2EB4">
      <w:pPr>
        <w:pStyle w:val="Listeavsnitt"/>
        <w:numPr>
          <w:ilvl w:val="0"/>
          <w:numId w:val="10"/>
        </w:numPr>
        <w:rPr>
          <w:lang w:val="nb-NO"/>
        </w:rPr>
      </w:pPr>
      <w:r w:rsidRPr="0047115A">
        <w:rPr>
          <w:lang w:val="nb-NO"/>
        </w:rPr>
        <w:t>I tilskuddsordninger med søknadsfrist, skal fristen overholdes.</w:t>
      </w:r>
    </w:p>
    <w:p w14:paraId="4B8B886F" w14:textId="366484F6" w:rsidR="00C220D0" w:rsidRPr="0047115A" w:rsidRDefault="00425252" w:rsidP="009424C8">
      <w:pPr>
        <w:pStyle w:val="Listeavsnitt"/>
        <w:numPr>
          <w:ilvl w:val="0"/>
          <w:numId w:val="10"/>
        </w:numPr>
        <w:rPr>
          <w:lang w:val="nb-NO"/>
        </w:rPr>
      </w:pPr>
      <w:r w:rsidRPr="0047115A">
        <w:rPr>
          <w:lang w:val="nb-NO"/>
        </w:rPr>
        <w:t>Alle søkere må i søknadsskjemaet bekrefte at de har lest og forstått</w:t>
      </w:r>
      <w:r w:rsidR="009424C8" w:rsidRPr="0047115A">
        <w:rPr>
          <w:lang w:val="nb-NO"/>
        </w:rPr>
        <w:t xml:space="preserve"> </w:t>
      </w:r>
      <w:r w:rsidRPr="0047115A">
        <w:rPr>
          <w:lang w:val="nb-NO"/>
        </w:rPr>
        <w:t>tilskuddsordningenes retningslinjer og vilkår.</w:t>
      </w:r>
    </w:p>
    <w:p w14:paraId="42FDF2B3" w14:textId="77777777" w:rsidR="00C220D0" w:rsidRPr="0047115A" w:rsidRDefault="00425252">
      <w:pPr>
        <w:rPr>
          <w:lang w:val="nb-NO"/>
        </w:rPr>
      </w:pPr>
      <w:r w:rsidRPr="0047115A">
        <w:rPr>
          <w:lang w:val="nb-NO"/>
        </w:rPr>
        <w:t>Se utdypende krav under hver enkelt tilskuddsordning.</w:t>
      </w:r>
    </w:p>
    <w:p w14:paraId="088BB0BA" w14:textId="5C757540" w:rsidR="00C220D0" w:rsidRPr="0047115A" w:rsidRDefault="00425252">
      <w:pPr>
        <w:rPr>
          <w:lang w:val="nb-NO"/>
        </w:rPr>
      </w:pPr>
      <w:r w:rsidRPr="0047115A">
        <w:rPr>
          <w:lang w:val="nb-NO"/>
        </w:rPr>
        <w:t>Alle søknader er offentlige (med unntak av taushetsbelagt informasjon) og ved forespørsel vil</w:t>
      </w:r>
      <w:r w:rsidR="009424C8" w:rsidRPr="0047115A">
        <w:rPr>
          <w:lang w:val="nb-NO"/>
        </w:rPr>
        <w:t xml:space="preserve"> </w:t>
      </w:r>
      <w:r w:rsidRPr="0047115A">
        <w:rPr>
          <w:lang w:val="nb-NO"/>
        </w:rPr>
        <w:t xml:space="preserve">innsyn bli gitt, både i søknader og vedlegg. De tre paraplyorganisasjonene </w:t>
      </w:r>
      <w:r w:rsidR="009424C8" w:rsidRPr="0047115A">
        <w:rPr>
          <w:lang w:val="nb-NO"/>
        </w:rPr>
        <w:t>Sarpsborg kultur- og musikkråd, Sarpsborg idretts- og aktivitetsråd og Sarpsborg friluftsråd</w:t>
      </w:r>
      <w:r w:rsidRPr="0047115A">
        <w:rPr>
          <w:lang w:val="nb-NO"/>
        </w:rPr>
        <w:t xml:space="preserve"> vil bli involvert i saksbehandlingen</w:t>
      </w:r>
      <w:r w:rsidR="009424C8" w:rsidRPr="0047115A">
        <w:rPr>
          <w:lang w:val="nb-NO"/>
        </w:rPr>
        <w:t xml:space="preserve"> </w:t>
      </w:r>
      <w:r w:rsidRPr="0047115A">
        <w:rPr>
          <w:lang w:val="nb-NO"/>
        </w:rPr>
        <w:t>av tilskudd der det er hensiktsmessig.</w:t>
      </w:r>
    </w:p>
    <w:p w14:paraId="72077B7A" w14:textId="21200233" w:rsidR="00C220D0" w:rsidRPr="0047115A" w:rsidRDefault="00425252">
      <w:pPr>
        <w:rPr>
          <w:b/>
          <w:bCs/>
          <w:lang w:val="nb-NO"/>
        </w:rPr>
      </w:pPr>
      <w:r w:rsidRPr="0047115A">
        <w:rPr>
          <w:b/>
          <w:bCs/>
          <w:lang w:val="nb-NO"/>
        </w:rPr>
        <w:t>3. Tilskuddsordninger</w:t>
      </w:r>
    </w:p>
    <w:p w14:paraId="2418E218" w14:textId="77777777" w:rsidR="00C220D0" w:rsidRPr="0047115A" w:rsidRDefault="00425252">
      <w:pPr>
        <w:rPr>
          <w:lang w:val="nb-NO"/>
        </w:rPr>
      </w:pPr>
      <w:r w:rsidRPr="0047115A">
        <w:rPr>
          <w:lang w:val="nb-NO"/>
        </w:rPr>
        <w:t>Man kan søke på følgende tilskuddsordninger:</w:t>
      </w:r>
    </w:p>
    <w:p w14:paraId="69A68669" w14:textId="340C0368" w:rsidR="00C220D0" w:rsidRPr="0047115A" w:rsidRDefault="00425252" w:rsidP="009424C8">
      <w:pPr>
        <w:pStyle w:val="Listeavsnitt"/>
        <w:numPr>
          <w:ilvl w:val="0"/>
          <w:numId w:val="10"/>
        </w:numPr>
        <w:rPr>
          <w:lang w:val="nb-NO"/>
        </w:rPr>
      </w:pPr>
      <w:r w:rsidRPr="0047115A">
        <w:rPr>
          <w:lang w:val="nb-NO"/>
        </w:rPr>
        <w:lastRenderedPageBreak/>
        <w:t>Driftstilskudd til frivillige idrettsorganisasjoner</w:t>
      </w:r>
    </w:p>
    <w:p w14:paraId="347F663A" w14:textId="415611AD" w:rsidR="00C220D0" w:rsidRPr="0047115A" w:rsidRDefault="00425252" w:rsidP="009424C8">
      <w:pPr>
        <w:pStyle w:val="Listeavsnitt"/>
        <w:numPr>
          <w:ilvl w:val="0"/>
          <w:numId w:val="10"/>
        </w:numPr>
        <w:rPr>
          <w:lang w:val="nb-NO"/>
        </w:rPr>
      </w:pPr>
      <w:r w:rsidRPr="0047115A">
        <w:rPr>
          <w:lang w:val="nb-NO"/>
        </w:rPr>
        <w:t>Driftstilskudd til frivillige kulturorganisasjoner</w:t>
      </w:r>
    </w:p>
    <w:p w14:paraId="30CA2F08" w14:textId="65A409F0" w:rsidR="009424C8" w:rsidRPr="0047115A" w:rsidRDefault="009424C8" w:rsidP="009424C8">
      <w:pPr>
        <w:pStyle w:val="Listeavsnitt"/>
        <w:numPr>
          <w:ilvl w:val="0"/>
          <w:numId w:val="10"/>
        </w:numPr>
        <w:rPr>
          <w:lang w:val="nb-NO"/>
        </w:rPr>
      </w:pPr>
      <w:r w:rsidRPr="0047115A">
        <w:rPr>
          <w:lang w:val="nb-NO"/>
        </w:rPr>
        <w:t>Driftstilskudd til kultur- og idrettsorganisasjoner for mennesker med bistandsbehov</w:t>
      </w:r>
    </w:p>
    <w:p w14:paraId="1681911F" w14:textId="3B440462" w:rsidR="00C220D0" w:rsidRPr="0047115A" w:rsidRDefault="00BF0AB8" w:rsidP="009424C8">
      <w:pPr>
        <w:pStyle w:val="Listeavsnitt"/>
        <w:numPr>
          <w:ilvl w:val="0"/>
          <w:numId w:val="10"/>
        </w:numPr>
        <w:rPr>
          <w:lang w:val="nb-NO"/>
        </w:rPr>
      </w:pPr>
      <w:r w:rsidRPr="0047115A">
        <w:rPr>
          <w:lang w:val="nb-NO"/>
        </w:rPr>
        <w:t>Prosjekt- og aktivitetstilskudd</w:t>
      </w:r>
    </w:p>
    <w:p w14:paraId="03A901C5" w14:textId="6BF135D4" w:rsidR="00C220D0" w:rsidRPr="0047115A" w:rsidRDefault="00425252" w:rsidP="009424C8">
      <w:pPr>
        <w:pStyle w:val="Listeavsnitt"/>
        <w:numPr>
          <w:ilvl w:val="0"/>
          <w:numId w:val="10"/>
        </w:numPr>
        <w:rPr>
          <w:lang w:val="nb-NO"/>
        </w:rPr>
      </w:pPr>
      <w:r w:rsidRPr="0047115A">
        <w:rPr>
          <w:lang w:val="nb-NO"/>
        </w:rPr>
        <w:t>Investeringstilskudd</w:t>
      </w:r>
    </w:p>
    <w:p w14:paraId="05B59C31" w14:textId="179FF720" w:rsidR="00C220D0" w:rsidRPr="0047115A" w:rsidRDefault="00425252" w:rsidP="009424C8">
      <w:pPr>
        <w:pStyle w:val="Listeavsnitt"/>
        <w:numPr>
          <w:ilvl w:val="0"/>
          <w:numId w:val="10"/>
        </w:numPr>
        <w:rPr>
          <w:lang w:val="nb-NO"/>
        </w:rPr>
      </w:pPr>
      <w:r w:rsidRPr="0047115A">
        <w:rPr>
          <w:lang w:val="nb-NO"/>
        </w:rPr>
        <w:t>Medlems- og treningsavgift</w:t>
      </w:r>
    </w:p>
    <w:p w14:paraId="2335AB11" w14:textId="5D3CE96B" w:rsidR="00C220D0" w:rsidRPr="0047115A" w:rsidRDefault="00425252" w:rsidP="009424C8">
      <w:pPr>
        <w:pStyle w:val="Listeavsnitt"/>
        <w:numPr>
          <w:ilvl w:val="0"/>
          <w:numId w:val="10"/>
        </w:numPr>
        <w:rPr>
          <w:lang w:val="nb-NO"/>
        </w:rPr>
      </w:pPr>
      <w:r w:rsidRPr="0047115A">
        <w:rPr>
          <w:lang w:val="nb-NO"/>
        </w:rPr>
        <w:t>Raskt svar</w:t>
      </w:r>
    </w:p>
    <w:p w14:paraId="5CF0658B" w14:textId="77777777" w:rsidR="00C220D0" w:rsidRPr="0047115A" w:rsidRDefault="00425252" w:rsidP="009424C8">
      <w:pPr>
        <w:rPr>
          <w:lang w:val="nb-NO"/>
        </w:rPr>
      </w:pPr>
      <w:r w:rsidRPr="0047115A">
        <w:rPr>
          <w:lang w:val="nb-NO"/>
        </w:rPr>
        <w:t>Kommunen administrerer også følgende ordninger:</w:t>
      </w:r>
    </w:p>
    <w:p w14:paraId="0D747272" w14:textId="6DEC18EE" w:rsidR="00C220D0" w:rsidRPr="0047115A" w:rsidRDefault="00425252" w:rsidP="009424C8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IMDI-tilskudd</w:t>
      </w:r>
    </w:p>
    <w:p w14:paraId="475736F0" w14:textId="5B2CC524" w:rsidR="00C220D0" w:rsidRPr="0047115A" w:rsidRDefault="00425252" w:rsidP="009424C8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Voksenopplæringstilskudd</w:t>
      </w:r>
    </w:p>
    <w:p w14:paraId="77E35F83" w14:textId="29D6AE4B" w:rsidR="00C220D0" w:rsidRPr="0047115A" w:rsidRDefault="00425252" w:rsidP="009424C8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Spillemiddeltilskudd til kultur- og idrettsanlegg</w:t>
      </w:r>
    </w:p>
    <w:p w14:paraId="7DA1FF0A" w14:textId="77777777" w:rsidR="00EA1D1B" w:rsidRPr="0047115A" w:rsidRDefault="00EA1D1B" w:rsidP="00EA1D1B">
      <w:pPr>
        <w:rPr>
          <w:lang w:val="nb-NO"/>
        </w:rPr>
      </w:pPr>
    </w:p>
    <w:p w14:paraId="17609853" w14:textId="533FCE2F" w:rsidR="00EA1D1B" w:rsidRPr="0047115A" w:rsidRDefault="00EA1D1B" w:rsidP="00EA1D1B">
      <w:pPr>
        <w:rPr>
          <w:lang w:val="nb-NO"/>
        </w:rPr>
      </w:pPr>
      <w:r w:rsidRPr="0047115A">
        <w:rPr>
          <w:lang w:val="nb-NO"/>
        </w:rPr>
        <w:t xml:space="preserve">Alle tilskuddsordninger blir behandlet i en </w:t>
      </w:r>
      <w:proofErr w:type="spellStart"/>
      <w:r w:rsidRPr="0047115A">
        <w:rPr>
          <w:lang w:val="nb-NO"/>
        </w:rPr>
        <w:t>tilskuddsgruppe</w:t>
      </w:r>
      <w:proofErr w:type="spellEnd"/>
      <w:r w:rsidRPr="0047115A">
        <w:rPr>
          <w:lang w:val="nb-NO"/>
        </w:rPr>
        <w:t>.</w:t>
      </w:r>
    </w:p>
    <w:p w14:paraId="4D972599" w14:textId="77777777" w:rsidR="00EA1D1B" w:rsidRPr="0047115A" w:rsidRDefault="00EA1D1B" w:rsidP="00EA1D1B">
      <w:pPr>
        <w:rPr>
          <w:lang w:val="nb-NO"/>
        </w:rPr>
      </w:pPr>
    </w:p>
    <w:p w14:paraId="68D42BFC" w14:textId="77777777" w:rsidR="00C220D0" w:rsidRPr="0047115A" w:rsidRDefault="00425252">
      <w:pPr>
        <w:rPr>
          <w:b/>
          <w:bCs/>
          <w:lang w:val="nb-NO"/>
        </w:rPr>
      </w:pPr>
      <w:r w:rsidRPr="0047115A">
        <w:rPr>
          <w:b/>
          <w:bCs/>
          <w:lang w:val="nb-NO"/>
        </w:rPr>
        <w:t>4. Klageadgang</w:t>
      </w:r>
    </w:p>
    <w:p w14:paraId="214608EC" w14:textId="7D22C41E" w:rsidR="00C220D0" w:rsidRPr="0047115A" w:rsidRDefault="00425252">
      <w:pPr>
        <w:rPr>
          <w:lang w:val="nb-NO"/>
        </w:rPr>
      </w:pPr>
      <w:r w:rsidRPr="0047115A">
        <w:rPr>
          <w:lang w:val="nb-NO"/>
        </w:rPr>
        <w:t xml:space="preserve">Vedtak som er fattet i </w:t>
      </w:r>
      <w:proofErr w:type="gramStart"/>
      <w:r w:rsidRPr="0047115A">
        <w:rPr>
          <w:lang w:val="nb-NO"/>
        </w:rPr>
        <w:t>medhold av</w:t>
      </w:r>
      <w:proofErr w:type="gramEnd"/>
      <w:r w:rsidRPr="0047115A">
        <w:rPr>
          <w:lang w:val="nb-NO"/>
        </w:rPr>
        <w:t xml:space="preserve"> disse retningslinjene kan påklages jfr. Forvaltningsloven §</w:t>
      </w:r>
      <w:r w:rsidR="009424C8" w:rsidRPr="0047115A">
        <w:rPr>
          <w:lang w:val="nb-NO"/>
        </w:rPr>
        <w:t xml:space="preserve"> </w:t>
      </w:r>
      <w:r w:rsidRPr="0047115A">
        <w:rPr>
          <w:lang w:val="nb-NO"/>
        </w:rPr>
        <w:t>28, 2. ledd. Klagefristen er tre uker fra den dato underretningen om vedtaket er kommet</w:t>
      </w:r>
      <w:r w:rsidR="009424C8" w:rsidRPr="0047115A">
        <w:rPr>
          <w:lang w:val="nb-NO"/>
        </w:rPr>
        <w:t xml:space="preserve"> </w:t>
      </w:r>
      <w:r w:rsidRPr="0047115A">
        <w:rPr>
          <w:lang w:val="nb-NO"/>
        </w:rPr>
        <w:t xml:space="preserve">fram. Klage </w:t>
      </w:r>
      <w:r w:rsidR="009424C8" w:rsidRPr="0047115A">
        <w:rPr>
          <w:lang w:val="nb-NO"/>
        </w:rPr>
        <w:t xml:space="preserve">fremstilles ved å sende e-post til </w:t>
      </w:r>
      <w:hyperlink r:id="rId6" w:history="1">
        <w:r w:rsidR="009424C8" w:rsidRPr="0047115A">
          <w:rPr>
            <w:rStyle w:val="Hyperkobling"/>
            <w:color w:val="auto"/>
            <w:lang w:val="nb-NO"/>
          </w:rPr>
          <w:t>postmottak@sarpsborg.com</w:t>
        </w:r>
      </w:hyperlink>
      <w:r w:rsidR="009424C8" w:rsidRPr="0047115A">
        <w:rPr>
          <w:lang w:val="nb-NO"/>
        </w:rPr>
        <w:t xml:space="preserve">. </w:t>
      </w:r>
    </w:p>
    <w:p w14:paraId="6A4F5F35" w14:textId="77777777" w:rsidR="009424C8" w:rsidRPr="0047115A" w:rsidRDefault="009424C8">
      <w:pPr>
        <w:rPr>
          <w:lang w:val="nb-NO"/>
        </w:rPr>
      </w:pPr>
    </w:p>
    <w:p w14:paraId="16D1190F" w14:textId="77777777" w:rsidR="00C220D0" w:rsidRPr="0047115A" w:rsidRDefault="00425252">
      <w:pPr>
        <w:rPr>
          <w:b/>
          <w:bCs/>
          <w:lang w:val="nb-NO"/>
        </w:rPr>
      </w:pPr>
      <w:r w:rsidRPr="0047115A">
        <w:rPr>
          <w:b/>
          <w:bCs/>
          <w:lang w:val="nb-NO"/>
        </w:rPr>
        <w:t>5. Oppfølging og kontroll</w:t>
      </w:r>
    </w:p>
    <w:p w14:paraId="0DD6A050" w14:textId="6F5EE587" w:rsidR="00C220D0" w:rsidRPr="0047115A" w:rsidRDefault="00425252">
      <w:pPr>
        <w:rPr>
          <w:lang w:val="nb-NO"/>
        </w:rPr>
      </w:pPr>
      <w:r w:rsidRPr="0047115A">
        <w:rPr>
          <w:lang w:val="nb-NO"/>
        </w:rPr>
        <w:t>Mottakere av driftstilskudd må oppdatere relevant informasjon i Brønnøysundregistret. Vedlagte opplysninger, som for eksempel medlemslister, skal kun benyttes</w:t>
      </w:r>
      <w:r w:rsidR="009424C8" w:rsidRPr="0047115A">
        <w:rPr>
          <w:lang w:val="nb-NO"/>
        </w:rPr>
        <w:t xml:space="preserve"> </w:t>
      </w:r>
      <w:r w:rsidRPr="0047115A">
        <w:rPr>
          <w:lang w:val="nb-NO"/>
        </w:rPr>
        <w:t>internt i saksbehandlingen. Mottaker av tilskudd plikter å medvirke, herunder fremskaffe</w:t>
      </w:r>
      <w:r w:rsidR="009424C8" w:rsidRPr="0047115A">
        <w:rPr>
          <w:lang w:val="nb-NO"/>
        </w:rPr>
        <w:t xml:space="preserve"> </w:t>
      </w:r>
      <w:r w:rsidRPr="0047115A">
        <w:rPr>
          <w:lang w:val="nb-NO"/>
        </w:rPr>
        <w:t>etterspurt og relevant dokumentasjon på oppfordring fra kommunen. Sarpsborg kommune</w:t>
      </w:r>
      <w:r w:rsidR="009424C8" w:rsidRPr="0047115A">
        <w:rPr>
          <w:lang w:val="nb-NO"/>
        </w:rPr>
        <w:t xml:space="preserve"> </w:t>
      </w:r>
      <w:r w:rsidRPr="0047115A">
        <w:rPr>
          <w:lang w:val="nb-NO"/>
        </w:rPr>
        <w:t>kan kreve tilbakebetaling av mottatte tilskuddsmidler dersom kravene om rapportering og</w:t>
      </w:r>
      <w:r w:rsidR="009424C8" w:rsidRPr="0047115A">
        <w:rPr>
          <w:lang w:val="nb-NO"/>
        </w:rPr>
        <w:t xml:space="preserve"> </w:t>
      </w:r>
      <w:r w:rsidRPr="0047115A">
        <w:rPr>
          <w:lang w:val="nb-NO"/>
        </w:rPr>
        <w:t>ettersendelse av dokumentasjon ikke oppfylles.</w:t>
      </w:r>
    </w:p>
    <w:p w14:paraId="7DD0DFAC" w14:textId="363CC83C" w:rsidR="00C220D0" w:rsidRPr="0047115A" w:rsidRDefault="009424C8">
      <w:pPr>
        <w:rPr>
          <w:b/>
          <w:bCs/>
          <w:lang w:val="nb-NO"/>
        </w:rPr>
      </w:pPr>
      <w:r w:rsidRPr="0047115A">
        <w:rPr>
          <w:lang w:val="nb-NO"/>
        </w:rPr>
        <w:br w:type="column"/>
      </w:r>
      <w:r w:rsidR="00425252" w:rsidRPr="0047115A">
        <w:rPr>
          <w:b/>
          <w:bCs/>
          <w:lang w:val="nb-NO"/>
        </w:rPr>
        <w:lastRenderedPageBreak/>
        <w:t>Driftstilskudd</w:t>
      </w:r>
      <w:r w:rsidRPr="0047115A">
        <w:rPr>
          <w:b/>
          <w:bCs/>
          <w:lang w:val="nb-NO"/>
        </w:rPr>
        <w:t xml:space="preserve"> til idrettsorganisasjoner</w:t>
      </w:r>
    </w:p>
    <w:p w14:paraId="62226741" w14:textId="5C0AE648" w:rsidR="00C220D0" w:rsidRPr="0047115A" w:rsidRDefault="00425252">
      <w:pPr>
        <w:rPr>
          <w:lang w:val="nb-NO"/>
        </w:rPr>
      </w:pPr>
      <w:r w:rsidRPr="0047115A">
        <w:rPr>
          <w:lang w:val="nb-NO"/>
        </w:rPr>
        <w:t xml:space="preserve">Driftstilskudd </w:t>
      </w:r>
      <w:r w:rsidR="00842B15" w:rsidRPr="0047115A">
        <w:rPr>
          <w:lang w:val="nb-NO"/>
        </w:rPr>
        <w:t xml:space="preserve">til idrettsorganisasjoner </w:t>
      </w:r>
      <w:r w:rsidRPr="0047115A">
        <w:rPr>
          <w:lang w:val="nb-NO"/>
        </w:rPr>
        <w:t>skal gå til løpende og ordinær drift av frivillige lag og</w:t>
      </w:r>
      <w:r w:rsidR="009424C8" w:rsidRPr="0047115A">
        <w:rPr>
          <w:lang w:val="nb-NO"/>
        </w:rPr>
        <w:t xml:space="preserve"> </w:t>
      </w:r>
      <w:r w:rsidRPr="0047115A">
        <w:rPr>
          <w:lang w:val="nb-NO"/>
        </w:rPr>
        <w:t>organisasjoner i Sarpsborg kommune</w:t>
      </w:r>
      <w:r w:rsidR="009424C8" w:rsidRPr="0047115A">
        <w:rPr>
          <w:lang w:val="nb-NO"/>
        </w:rPr>
        <w:t xml:space="preserve"> som er medlemmer av Sarpsborg idrettsråd. Tilskuddsordningen </w:t>
      </w:r>
      <w:r w:rsidRPr="0047115A">
        <w:rPr>
          <w:lang w:val="nb-NO"/>
        </w:rPr>
        <w:t>vektlegger barn og unge</w:t>
      </w:r>
      <w:r w:rsidR="009424C8" w:rsidRPr="0047115A">
        <w:rPr>
          <w:lang w:val="nb-NO"/>
        </w:rPr>
        <w:t xml:space="preserve"> og </w:t>
      </w:r>
      <w:r w:rsidRPr="0047115A">
        <w:rPr>
          <w:lang w:val="nb-NO"/>
        </w:rPr>
        <w:t xml:space="preserve">organisasjoner som drifter egne og </w:t>
      </w:r>
      <w:proofErr w:type="spellStart"/>
      <w:r w:rsidRPr="0047115A">
        <w:rPr>
          <w:lang w:val="nb-NO"/>
        </w:rPr>
        <w:t>langtidsleide</w:t>
      </w:r>
      <w:proofErr w:type="spellEnd"/>
      <w:r w:rsidRPr="0047115A">
        <w:rPr>
          <w:lang w:val="nb-NO"/>
        </w:rPr>
        <w:t xml:space="preserve"> lokaler og anlegg.</w:t>
      </w:r>
    </w:p>
    <w:p w14:paraId="35CA5132" w14:textId="77777777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Frist: 1. oktober</w:t>
      </w:r>
    </w:p>
    <w:p w14:paraId="7BC37017" w14:textId="3E8D600F" w:rsidR="00C220D0" w:rsidRPr="0047115A" w:rsidRDefault="00425252">
      <w:pPr>
        <w:rPr>
          <w:lang w:val="nb-NO"/>
        </w:rPr>
      </w:pPr>
      <w:r w:rsidRPr="0047115A">
        <w:rPr>
          <w:lang w:val="nb-NO"/>
        </w:rPr>
        <w:t>Det gis et medlemstilskudd per barn mellom 6 og 12 år, og et medlemstilskudd per ungdom</w:t>
      </w:r>
      <w:r w:rsidR="009424C8" w:rsidRPr="0047115A">
        <w:rPr>
          <w:lang w:val="nb-NO"/>
        </w:rPr>
        <w:t xml:space="preserve"> </w:t>
      </w:r>
      <w:r w:rsidRPr="0047115A">
        <w:rPr>
          <w:lang w:val="nb-NO"/>
        </w:rPr>
        <w:t>mellom 13 og 19 år,</w:t>
      </w:r>
      <w:r w:rsidR="009424C8" w:rsidRPr="0047115A">
        <w:rPr>
          <w:lang w:val="nb-NO"/>
        </w:rPr>
        <w:t xml:space="preserve"> og et medlemstilskudd for barn og unge med bistandsbehov,</w:t>
      </w:r>
      <w:r w:rsidRPr="0047115A">
        <w:rPr>
          <w:lang w:val="nb-NO"/>
        </w:rPr>
        <w:t xml:space="preserve"> som fordeles etter et årlig fastsatt grunntall</w:t>
      </w:r>
      <w:r w:rsidR="009424C8" w:rsidRPr="0047115A">
        <w:rPr>
          <w:lang w:val="nb-NO"/>
        </w:rPr>
        <w:t xml:space="preserve"> </w:t>
      </w:r>
      <w:r w:rsidR="00DE2A11" w:rsidRPr="0047115A">
        <w:rPr>
          <w:lang w:val="nb-NO"/>
        </w:rPr>
        <w:t>(</w:t>
      </w:r>
      <w:r w:rsidR="009424C8" w:rsidRPr="0047115A">
        <w:rPr>
          <w:lang w:val="nb-NO"/>
        </w:rPr>
        <w:t>Y</w:t>
      </w:r>
      <w:r w:rsidR="00DE2A11" w:rsidRPr="0047115A">
        <w:rPr>
          <w:lang w:val="nb-NO"/>
        </w:rPr>
        <w:t>)</w:t>
      </w:r>
      <w:r w:rsidR="009424C8" w:rsidRPr="0047115A">
        <w:rPr>
          <w:lang w:val="nb-NO"/>
        </w:rPr>
        <w:t xml:space="preserve">. </w:t>
      </w:r>
    </w:p>
    <w:p w14:paraId="63E33F75" w14:textId="77777777" w:rsidR="00C220D0" w:rsidRPr="0047115A" w:rsidRDefault="00425252">
      <w:pPr>
        <w:rPr>
          <w:lang w:val="nb-NO"/>
        </w:rPr>
      </w:pPr>
      <w:r w:rsidRPr="0047115A">
        <w:rPr>
          <w:lang w:val="nb-NO"/>
        </w:rPr>
        <w:t>Fordeling av medlemstilskudd til idrettsforeninger:</w:t>
      </w:r>
    </w:p>
    <w:p w14:paraId="200659F3" w14:textId="46AFB6F7" w:rsidR="00C220D0" w:rsidRPr="0047115A" w:rsidRDefault="009424C8" w:rsidP="009424C8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B</w:t>
      </w:r>
      <w:r w:rsidR="00425252" w:rsidRPr="0047115A">
        <w:rPr>
          <w:lang w:val="nb-NO"/>
        </w:rPr>
        <w:t>arn: Grunntall Y1</w:t>
      </w:r>
    </w:p>
    <w:p w14:paraId="2EB58F14" w14:textId="02D1E0BA" w:rsidR="00C220D0" w:rsidRPr="0047115A" w:rsidRDefault="009424C8" w:rsidP="009424C8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U</w:t>
      </w:r>
      <w:r w:rsidR="00425252" w:rsidRPr="0047115A">
        <w:rPr>
          <w:lang w:val="nb-NO"/>
        </w:rPr>
        <w:t>ngdom: Grunntall Y1,5</w:t>
      </w:r>
    </w:p>
    <w:p w14:paraId="063EB6E7" w14:textId="10A126F9" w:rsidR="00C220D0" w:rsidRPr="0047115A" w:rsidRDefault="00425252" w:rsidP="009424C8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 xml:space="preserve">Idrett, </w:t>
      </w:r>
      <w:r w:rsidR="009424C8" w:rsidRPr="0047115A">
        <w:rPr>
          <w:lang w:val="nb-NO"/>
        </w:rPr>
        <w:t>barn og unge med funksjonsnedsettelser og bistandsbehov</w:t>
      </w:r>
      <w:r w:rsidRPr="0047115A">
        <w:rPr>
          <w:lang w:val="nb-NO"/>
        </w:rPr>
        <w:t>: Y</w:t>
      </w:r>
      <w:r w:rsidR="00486CF2" w:rsidRPr="0047115A">
        <w:rPr>
          <w:lang w:val="nb-NO"/>
        </w:rPr>
        <w:t>8</w:t>
      </w:r>
    </w:p>
    <w:p w14:paraId="5CC86375" w14:textId="77777777" w:rsidR="00E53FAC" w:rsidRPr="0047115A" w:rsidRDefault="00E53FAC" w:rsidP="00E53FAC">
      <w:pPr>
        <w:rPr>
          <w:lang w:val="nb-NO"/>
        </w:rPr>
      </w:pPr>
    </w:p>
    <w:p w14:paraId="3075B261" w14:textId="5F736F87" w:rsidR="009424C8" w:rsidRPr="0047115A" w:rsidRDefault="00E53FAC" w:rsidP="009424C8">
      <w:pPr>
        <w:rPr>
          <w:lang w:val="nb-NO"/>
        </w:rPr>
      </w:pPr>
      <w:r w:rsidRPr="0047115A">
        <w:rPr>
          <w:lang w:val="nb-NO"/>
        </w:rPr>
        <w:t>Støtten til barn og unge med funksjonsnedsettelse og bistandsbehov skal gi støtte for å sikre at alle har anledning til å delta. Det gis kun støtte dersom det er et reelt behov for tilrettelegging og/eller bistand.</w:t>
      </w:r>
    </w:p>
    <w:p w14:paraId="569C550D" w14:textId="7131C1BD" w:rsidR="00170563" w:rsidRPr="0047115A" w:rsidRDefault="001F480A" w:rsidP="001F480A">
      <w:pPr>
        <w:rPr>
          <w:lang w:val="nb-NO"/>
        </w:rPr>
      </w:pPr>
      <w:r w:rsidRPr="0047115A">
        <w:rPr>
          <w:lang w:val="nb-NO"/>
        </w:rPr>
        <w:t xml:space="preserve">Utover dette kan det søkes driftstøtte til eide og </w:t>
      </w:r>
      <w:proofErr w:type="spellStart"/>
      <w:r w:rsidRPr="0047115A">
        <w:rPr>
          <w:lang w:val="nb-NO"/>
        </w:rPr>
        <w:t>langtidsleide</w:t>
      </w:r>
      <w:proofErr w:type="spellEnd"/>
      <w:r w:rsidRPr="0047115A">
        <w:rPr>
          <w:lang w:val="nb-NO"/>
        </w:rPr>
        <w:t xml:space="preserve"> lokaler/anlegg hvor det foregår </w:t>
      </w:r>
      <w:r w:rsidR="00E53FAC" w:rsidRPr="0047115A">
        <w:rPr>
          <w:lang w:val="nb-NO"/>
        </w:rPr>
        <w:t>idrettsaktivitet</w:t>
      </w:r>
      <w:r w:rsidRPr="0047115A">
        <w:rPr>
          <w:lang w:val="nb-NO"/>
        </w:rPr>
        <w:t>. Denne støtten fordeles utfra et årlig fastsatt beløp. Det legges til grunn egne utregningsfaktorer for hva som kvalifiserer til støtte av lokaler og anlegg</w:t>
      </w:r>
      <w:r w:rsidR="00170563" w:rsidRPr="0047115A">
        <w:rPr>
          <w:lang w:val="nb-NO"/>
        </w:rPr>
        <w:t>, som baserer seg på en anleggsmatrise som er utarbeidet av Sarpsborg idretts- og aktivitetsråd</w:t>
      </w:r>
      <w:r w:rsidRPr="0047115A">
        <w:rPr>
          <w:lang w:val="nb-NO"/>
        </w:rPr>
        <w:t xml:space="preserve">. </w:t>
      </w:r>
    </w:p>
    <w:p w14:paraId="5CCFE083" w14:textId="58552C96" w:rsidR="001F480A" w:rsidRPr="0047115A" w:rsidRDefault="00170563" w:rsidP="001F480A">
      <w:pPr>
        <w:rPr>
          <w:lang w:val="nb-NO"/>
        </w:rPr>
      </w:pPr>
      <w:r w:rsidRPr="0047115A">
        <w:rPr>
          <w:lang w:val="nb-NO"/>
        </w:rPr>
        <w:t>Vektingen</w:t>
      </w:r>
      <w:r w:rsidR="001F480A" w:rsidRPr="0047115A">
        <w:rPr>
          <w:lang w:val="nb-NO"/>
        </w:rPr>
        <w:t xml:space="preserve"> mellom medlemstilskudd og anleggsstøtte kan variere fra år til år.</w:t>
      </w:r>
    </w:p>
    <w:p w14:paraId="2DE4D9C8" w14:textId="77777777" w:rsidR="001F480A" w:rsidRPr="0047115A" w:rsidRDefault="001F480A" w:rsidP="001F480A">
      <w:pPr>
        <w:rPr>
          <w:u w:val="single"/>
          <w:lang w:val="nb-NO"/>
        </w:rPr>
      </w:pPr>
      <w:r w:rsidRPr="0047115A">
        <w:rPr>
          <w:u w:val="single"/>
          <w:lang w:val="nb-NO"/>
        </w:rPr>
        <w:t>Hvem kan søke:</w:t>
      </w:r>
    </w:p>
    <w:p w14:paraId="3A7B3FD3" w14:textId="5AC87CE7" w:rsidR="001F480A" w:rsidRPr="0047115A" w:rsidRDefault="001F480A" w:rsidP="001F480A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 xml:space="preserve">Frivillige lag og organisasjoner innenfor kultur, idrett eller fysisk aktivitet, som er registrert i frivilligregistret (Brønnøysundregistret) og som enten har barn og unge som medlemmer, eller som drifter eide eller </w:t>
      </w:r>
      <w:proofErr w:type="spellStart"/>
      <w:r w:rsidRPr="0047115A">
        <w:rPr>
          <w:lang w:val="nb-NO"/>
        </w:rPr>
        <w:t>langtidsleide</w:t>
      </w:r>
      <w:proofErr w:type="spellEnd"/>
      <w:r w:rsidRPr="0047115A">
        <w:rPr>
          <w:lang w:val="nb-NO"/>
        </w:rPr>
        <w:t xml:space="preserve"> lokaler eller anlegg innenf</w:t>
      </w:r>
      <w:r w:rsidR="00170563" w:rsidRPr="0047115A">
        <w:rPr>
          <w:lang w:val="nb-NO"/>
        </w:rPr>
        <w:t>o</w:t>
      </w:r>
      <w:r w:rsidRPr="0047115A">
        <w:rPr>
          <w:lang w:val="nb-NO"/>
        </w:rPr>
        <w:t xml:space="preserve">r kultur eller idrett. </w:t>
      </w:r>
    </w:p>
    <w:p w14:paraId="455A21E6" w14:textId="378D1569" w:rsidR="001F480A" w:rsidRPr="0047115A" w:rsidRDefault="001F480A" w:rsidP="001F480A">
      <w:pPr>
        <w:rPr>
          <w:u w:val="single"/>
          <w:lang w:val="nb-NO"/>
        </w:rPr>
      </w:pPr>
      <w:r w:rsidRPr="0047115A">
        <w:rPr>
          <w:u w:val="single"/>
          <w:lang w:val="nb-NO"/>
        </w:rPr>
        <w:t>Krav til søknaden:</w:t>
      </w:r>
    </w:p>
    <w:p w14:paraId="2DD35297" w14:textId="5909330A" w:rsidR="001F480A" w:rsidRPr="0047115A" w:rsidRDefault="001F480A" w:rsidP="001F480A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At antall medlemmer som opplyses om stemmer med medlemslistene</w:t>
      </w:r>
    </w:p>
    <w:p w14:paraId="0701CC8D" w14:textId="77777777" w:rsidR="00640B55" w:rsidRPr="0047115A" w:rsidRDefault="001F480A" w:rsidP="001F480A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At medlemslister, årsrapport, budsjett og regnskap vedlegges søknaden</w:t>
      </w:r>
    </w:p>
    <w:p w14:paraId="03D7D5BD" w14:textId="77777777" w:rsidR="00640B55" w:rsidRPr="0047115A" w:rsidRDefault="00640B55" w:rsidP="001F480A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Søker skal arbeide for et inkluderende aktivitetstilbud for barn og unge. Samtidig kan organisasjonen håndheve egne vedtekter og reaksjoner ved alvorlige brudd på regler, trygghet eller forpliktelser.</w:t>
      </w:r>
    </w:p>
    <w:p w14:paraId="78B10ED1" w14:textId="6B10F019" w:rsidR="001F480A" w:rsidRPr="0047115A" w:rsidRDefault="001F480A" w:rsidP="00640B55">
      <w:pPr>
        <w:ind w:left="360"/>
        <w:rPr>
          <w:lang w:val="nb-NO"/>
        </w:rPr>
      </w:pPr>
      <w:r w:rsidRPr="0047115A">
        <w:rPr>
          <w:u w:val="single"/>
          <w:lang w:val="nb-NO"/>
        </w:rPr>
        <w:lastRenderedPageBreak/>
        <w:t>Det gis ikke støtte til:</w:t>
      </w:r>
    </w:p>
    <w:p w14:paraId="3B925745" w14:textId="7C584A4B" w:rsidR="001F480A" w:rsidRPr="0047115A" w:rsidRDefault="001F480A" w:rsidP="00EE4162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Politiske organisasjoner</w:t>
      </w:r>
    </w:p>
    <w:p w14:paraId="782AC8E8" w14:textId="117EACF7" w:rsidR="001F480A" w:rsidRPr="0047115A" w:rsidRDefault="001F480A" w:rsidP="00EE4162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Sykdomsrelaterte organisasjoner</w:t>
      </w:r>
    </w:p>
    <w:p w14:paraId="1C6A5A21" w14:textId="20C2716E" w:rsidR="001F480A" w:rsidRPr="0047115A" w:rsidRDefault="001F480A" w:rsidP="00EE4162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Humanitære organisasjoner</w:t>
      </w:r>
    </w:p>
    <w:p w14:paraId="0AA1AEC4" w14:textId="53AA1235" w:rsidR="001F480A" w:rsidRPr="0047115A" w:rsidRDefault="001F480A" w:rsidP="00EE4162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Organisasjoner med kun voksne medlemmer (utenom støtte til drift av eide lokaler</w:t>
      </w:r>
      <w:r w:rsidR="00EE4162" w:rsidRPr="0047115A">
        <w:rPr>
          <w:lang w:val="nb-NO"/>
        </w:rPr>
        <w:t xml:space="preserve"> </w:t>
      </w:r>
      <w:r w:rsidRPr="0047115A">
        <w:rPr>
          <w:lang w:val="nb-NO"/>
        </w:rPr>
        <w:t>og anlegg og organisasjoner for mennesker med bistandsbehov)</w:t>
      </w:r>
    </w:p>
    <w:p w14:paraId="410746EF" w14:textId="7766BFF5" w:rsidR="001F480A" w:rsidRPr="0047115A" w:rsidRDefault="001F480A" w:rsidP="00EE4162">
      <w:pPr>
        <w:pStyle w:val="Listeavsnitt"/>
        <w:numPr>
          <w:ilvl w:val="0"/>
          <w:numId w:val="15"/>
        </w:numPr>
        <w:rPr>
          <w:lang w:val="nb-NO"/>
        </w:rPr>
      </w:pPr>
      <w:r w:rsidRPr="0047115A">
        <w:rPr>
          <w:lang w:val="nb-NO"/>
        </w:rPr>
        <w:t>Anlegg og lokaler som ikke primært driver med aktivitet innenfor kultur- eller</w:t>
      </w:r>
      <w:r w:rsidR="00EE4162" w:rsidRPr="0047115A">
        <w:rPr>
          <w:lang w:val="nb-NO"/>
        </w:rPr>
        <w:t xml:space="preserve"> </w:t>
      </w:r>
      <w:r w:rsidRPr="0047115A">
        <w:rPr>
          <w:lang w:val="nb-NO"/>
        </w:rPr>
        <w:t>idrettsfeltet</w:t>
      </w:r>
    </w:p>
    <w:p w14:paraId="4F391A76" w14:textId="1B8292F7" w:rsidR="001F480A" w:rsidRPr="0047115A" w:rsidRDefault="001F480A" w:rsidP="00EE4162">
      <w:pPr>
        <w:pStyle w:val="Listeavsnitt"/>
        <w:numPr>
          <w:ilvl w:val="0"/>
          <w:numId w:val="15"/>
        </w:numPr>
        <w:rPr>
          <w:lang w:val="nb-NO"/>
        </w:rPr>
      </w:pPr>
      <w:r w:rsidRPr="0047115A">
        <w:rPr>
          <w:lang w:val="nb-NO"/>
        </w:rPr>
        <w:t>Foreninger som ikke er åpne for alle</w:t>
      </w:r>
    </w:p>
    <w:p w14:paraId="404E59BA" w14:textId="0725773D" w:rsidR="001F480A" w:rsidRPr="0047115A" w:rsidRDefault="001F480A" w:rsidP="007D0C27">
      <w:pPr>
        <w:pStyle w:val="Listeavsnitt"/>
        <w:numPr>
          <w:ilvl w:val="0"/>
          <w:numId w:val="15"/>
        </w:numPr>
        <w:rPr>
          <w:lang w:val="nb-NO"/>
        </w:rPr>
      </w:pPr>
      <w:r w:rsidRPr="0047115A">
        <w:rPr>
          <w:lang w:val="nb-NO"/>
        </w:rPr>
        <w:t>Foreninger hvis primære formål er å ivareta medlemmenes yrkes- eller</w:t>
      </w:r>
      <w:r w:rsidR="007D0C27" w:rsidRPr="0047115A">
        <w:rPr>
          <w:lang w:val="nb-NO"/>
        </w:rPr>
        <w:t xml:space="preserve"> </w:t>
      </w:r>
      <w:r w:rsidRPr="0047115A">
        <w:rPr>
          <w:lang w:val="nb-NO"/>
        </w:rPr>
        <w:t>økonomiske interesser</w:t>
      </w:r>
    </w:p>
    <w:p w14:paraId="18D50BCA" w14:textId="7E80B69B" w:rsidR="001F480A" w:rsidRPr="0047115A" w:rsidRDefault="001F480A" w:rsidP="00EE4162">
      <w:pPr>
        <w:pStyle w:val="Listeavsnitt"/>
        <w:numPr>
          <w:ilvl w:val="0"/>
          <w:numId w:val="15"/>
        </w:numPr>
        <w:rPr>
          <w:lang w:val="nb-NO"/>
        </w:rPr>
      </w:pPr>
      <w:r w:rsidRPr="0047115A">
        <w:rPr>
          <w:lang w:val="nb-NO"/>
        </w:rPr>
        <w:t>Organisasjoner som ikke er registrert i frivilligregistret</w:t>
      </w:r>
    </w:p>
    <w:p w14:paraId="7D96BF65" w14:textId="77777777" w:rsidR="00F0225C" w:rsidRPr="0047115A" w:rsidRDefault="00F0225C" w:rsidP="001F480A">
      <w:pPr>
        <w:rPr>
          <w:u w:val="single"/>
          <w:lang w:val="nb-NO"/>
        </w:rPr>
      </w:pPr>
    </w:p>
    <w:p w14:paraId="40320858" w14:textId="6DB616D4" w:rsidR="001F480A" w:rsidRPr="0047115A" w:rsidRDefault="001F480A" w:rsidP="001F480A">
      <w:pPr>
        <w:rPr>
          <w:u w:val="single"/>
          <w:lang w:val="nb-NO"/>
        </w:rPr>
      </w:pPr>
      <w:r w:rsidRPr="0047115A">
        <w:rPr>
          <w:u w:val="single"/>
          <w:lang w:val="nb-NO"/>
        </w:rPr>
        <w:t>Saksbehandling og utbetaling:</w:t>
      </w:r>
    </w:p>
    <w:p w14:paraId="5A76E824" w14:textId="394DCA87" w:rsidR="001F480A" w:rsidRPr="0047115A" w:rsidRDefault="001F480A" w:rsidP="001F480A">
      <w:pPr>
        <w:rPr>
          <w:lang w:val="nb-NO"/>
        </w:rPr>
      </w:pPr>
      <w:r w:rsidRPr="0047115A">
        <w:rPr>
          <w:lang w:val="nb-NO"/>
        </w:rPr>
        <w:t>Drifts- og medlemstilskudd behandles administrativt, og utbetales så snart vedtak foreligger.</w:t>
      </w:r>
      <w:r w:rsidR="00230F54" w:rsidRPr="0047115A">
        <w:rPr>
          <w:lang w:val="nb-NO"/>
        </w:rPr>
        <w:t xml:space="preserve"> Søknadsfristen er før budsjettet for det kommende året </w:t>
      </w:r>
      <w:r w:rsidR="00C546DB" w:rsidRPr="0047115A">
        <w:rPr>
          <w:lang w:val="nb-NO"/>
        </w:rPr>
        <w:t>er vedtatt.</w:t>
      </w:r>
      <w:r w:rsidR="00230F54" w:rsidRPr="0047115A">
        <w:rPr>
          <w:lang w:val="nb-NO"/>
        </w:rPr>
        <w:t xml:space="preserve"> Det gjøres derfor en midlertidig fordeling av tilskudd basert på</w:t>
      </w:r>
      <w:r w:rsidR="00C546DB" w:rsidRPr="0047115A">
        <w:rPr>
          <w:lang w:val="nb-NO"/>
        </w:rPr>
        <w:t xml:space="preserve"> inneværende års budsjett, før finfordelingen gjøres i desember, etter at budsjettet er vedtatt av bystyret. </w:t>
      </w:r>
      <w:r w:rsidR="00BD5BBB" w:rsidRPr="0047115A">
        <w:rPr>
          <w:lang w:val="nb-NO"/>
        </w:rPr>
        <w:t xml:space="preserve">Søkere vil få svar og midlene vil bli utbetalt i løpet av årets to første måneder. </w:t>
      </w:r>
      <w:r w:rsidR="00C546DB" w:rsidRPr="0047115A">
        <w:rPr>
          <w:lang w:val="nb-NO"/>
        </w:rPr>
        <w:t xml:space="preserve"> </w:t>
      </w:r>
    </w:p>
    <w:p w14:paraId="10B3DF82" w14:textId="58B0F8A3" w:rsidR="001F480A" w:rsidRPr="0047115A" w:rsidRDefault="001F480A" w:rsidP="001F480A">
      <w:pPr>
        <w:rPr>
          <w:lang w:val="nb-NO"/>
        </w:rPr>
      </w:pPr>
      <w:r w:rsidRPr="0047115A">
        <w:rPr>
          <w:lang w:val="nb-NO"/>
        </w:rPr>
        <w:t>Sarpsborg kommune oppfordrer alle lag og foreninger som søker driftstilskudd om å tilslutte</w:t>
      </w:r>
      <w:r w:rsidR="00C06EF1" w:rsidRPr="0047115A">
        <w:rPr>
          <w:lang w:val="nb-NO"/>
        </w:rPr>
        <w:t xml:space="preserve"> </w:t>
      </w:r>
      <w:r w:rsidRPr="0047115A">
        <w:rPr>
          <w:lang w:val="nb-NO"/>
        </w:rPr>
        <w:t>seg den lokale Fritidserklæringen.</w:t>
      </w:r>
    </w:p>
    <w:p w14:paraId="5F92427C" w14:textId="649D7BA4" w:rsidR="001F480A" w:rsidRPr="0047115A" w:rsidRDefault="001F480A" w:rsidP="001F480A">
      <w:pPr>
        <w:rPr>
          <w:u w:val="single"/>
          <w:lang w:val="nb-NO"/>
        </w:rPr>
      </w:pPr>
      <w:r w:rsidRPr="0047115A">
        <w:rPr>
          <w:u w:val="single"/>
          <w:lang w:val="nb-NO"/>
        </w:rPr>
        <w:t>Etterprøving:</w:t>
      </w:r>
    </w:p>
    <w:p w14:paraId="65381EB5" w14:textId="1E15C7CA" w:rsidR="001F480A" w:rsidRPr="0047115A" w:rsidRDefault="001F480A" w:rsidP="001F480A">
      <w:pPr>
        <w:rPr>
          <w:lang w:val="nb-NO"/>
        </w:rPr>
      </w:pPr>
      <w:r w:rsidRPr="0047115A">
        <w:rPr>
          <w:lang w:val="nb-NO"/>
        </w:rPr>
        <w:t>Sarpsborg kommune forbeholder seg retten til å kreve tilskudd tilbakebetalt dersom den</w:t>
      </w:r>
      <w:r w:rsidR="00A22586" w:rsidRPr="0047115A">
        <w:rPr>
          <w:lang w:val="nb-NO"/>
        </w:rPr>
        <w:t xml:space="preserve"> </w:t>
      </w:r>
      <w:r w:rsidRPr="0047115A">
        <w:rPr>
          <w:lang w:val="nb-NO"/>
        </w:rPr>
        <w:t>oppgitte informasjonen i søknaden ikke stemmer. Det foretas stikkprøver ved hver tildeling.</w:t>
      </w:r>
    </w:p>
    <w:p w14:paraId="5AA28027" w14:textId="77777777" w:rsidR="001F480A" w:rsidRPr="0047115A" w:rsidRDefault="001F480A" w:rsidP="009424C8">
      <w:pPr>
        <w:rPr>
          <w:lang w:val="nb-NO"/>
        </w:rPr>
      </w:pPr>
    </w:p>
    <w:p w14:paraId="5C3FE708" w14:textId="4125EC72" w:rsidR="001F480A" w:rsidRPr="0047115A" w:rsidRDefault="00842B15" w:rsidP="009424C8">
      <w:pPr>
        <w:rPr>
          <w:lang w:val="nb-NO"/>
        </w:rPr>
      </w:pPr>
      <w:r w:rsidRPr="0047115A">
        <w:rPr>
          <w:b/>
          <w:bCs/>
          <w:lang w:val="nb-NO"/>
        </w:rPr>
        <w:br w:type="column"/>
      </w:r>
      <w:r w:rsidR="00A22586" w:rsidRPr="0047115A">
        <w:rPr>
          <w:b/>
          <w:bCs/>
          <w:lang w:val="nb-NO"/>
        </w:rPr>
        <w:lastRenderedPageBreak/>
        <w:t xml:space="preserve">Driftstilskudd til </w:t>
      </w:r>
      <w:r w:rsidR="00903C8A" w:rsidRPr="0047115A">
        <w:rPr>
          <w:b/>
          <w:bCs/>
          <w:lang w:val="nb-NO"/>
        </w:rPr>
        <w:t>kultur</w:t>
      </w:r>
      <w:r w:rsidR="00A22586" w:rsidRPr="0047115A">
        <w:rPr>
          <w:b/>
          <w:bCs/>
          <w:lang w:val="nb-NO"/>
        </w:rPr>
        <w:t>organisasjoner</w:t>
      </w:r>
    </w:p>
    <w:p w14:paraId="13D82054" w14:textId="0EE89CA5" w:rsidR="00842B15" w:rsidRPr="0047115A" w:rsidRDefault="00842B15" w:rsidP="00842B15">
      <w:pPr>
        <w:rPr>
          <w:lang w:val="nb-NO"/>
        </w:rPr>
      </w:pPr>
      <w:r w:rsidRPr="0047115A">
        <w:rPr>
          <w:lang w:val="nb-NO"/>
        </w:rPr>
        <w:t xml:space="preserve">Driftstilskudd til </w:t>
      </w:r>
      <w:r w:rsidR="00FF04F5" w:rsidRPr="0047115A">
        <w:rPr>
          <w:lang w:val="nb-NO"/>
        </w:rPr>
        <w:t>kultur</w:t>
      </w:r>
      <w:r w:rsidRPr="0047115A">
        <w:rPr>
          <w:lang w:val="nb-NO"/>
        </w:rPr>
        <w:t>organisasjoner skal gå til løpende og ordinær drift av frivillige lag og organisasjoner i Sarpsborg kommune</w:t>
      </w:r>
      <w:r w:rsidR="00BB19E3" w:rsidRPr="0047115A">
        <w:rPr>
          <w:lang w:val="nb-NO"/>
        </w:rPr>
        <w:t xml:space="preserve">. </w:t>
      </w:r>
      <w:r w:rsidRPr="0047115A">
        <w:rPr>
          <w:lang w:val="nb-NO"/>
        </w:rPr>
        <w:t xml:space="preserve">Tilskuddsordningen vektlegger barn og unge og organisasjoner som drifter egne og </w:t>
      </w:r>
      <w:proofErr w:type="spellStart"/>
      <w:r w:rsidRPr="0047115A">
        <w:rPr>
          <w:lang w:val="nb-NO"/>
        </w:rPr>
        <w:t>langtidsleide</w:t>
      </w:r>
      <w:proofErr w:type="spellEnd"/>
      <w:r w:rsidRPr="0047115A">
        <w:rPr>
          <w:lang w:val="nb-NO"/>
        </w:rPr>
        <w:t xml:space="preserve"> lokaler og anlegg.</w:t>
      </w:r>
      <w:r w:rsidR="00BB19E3" w:rsidRPr="0047115A">
        <w:rPr>
          <w:lang w:val="nb-NO"/>
        </w:rPr>
        <w:t xml:space="preserve"> Det anbefales at organisasjonene som søker er medlemmer av enten Sarpsborg kultur- og musikkråd eller Sarpsborg friluftsråd. </w:t>
      </w:r>
    </w:p>
    <w:p w14:paraId="02609989" w14:textId="77777777" w:rsidR="00842B15" w:rsidRPr="0047115A" w:rsidRDefault="00842B15" w:rsidP="00842B15">
      <w:pPr>
        <w:rPr>
          <w:u w:val="single"/>
          <w:lang w:val="nb-NO"/>
        </w:rPr>
      </w:pPr>
    </w:p>
    <w:p w14:paraId="655CE74B" w14:textId="1F75B9AB" w:rsidR="00842B15" w:rsidRPr="0047115A" w:rsidRDefault="00842B15" w:rsidP="00842B15">
      <w:pPr>
        <w:rPr>
          <w:u w:val="single"/>
          <w:lang w:val="nb-NO"/>
        </w:rPr>
      </w:pPr>
      <w:r w:rsidRPr="0047115A">
        <w:rPr>
          <w:u w:val="single"/>
          <w:lang w:val="nb-NO"/>
        </w:rPr>
        <w:t>Frist: 1. oktober</w:t>
      </w:r>
    </w:p>
    <w:p w14:paraId="38220B9A" w14:textId="53B3EC38" w:rsidR="00842B15" w:rsidRPr="0047115A" w:rsidRDefault="00842B15" w:rsidP="00842B15">
      <w:pPr>
        <w:rPr>
          <w:lang w:val="nb-NO"/>
        </w:rPr>
      </w:pPr>
      <w:r w:rsidRPr="0047115A">
        <w:rPr>
          <w:lang w:val="nb-NO"/>
        </w:rPr>
        <w:t xml:space="preserve">Det gis et medlemstilskudd per barn mellom 6 og 12 år, og et medlemstilskudd per ungdom mellom 13 og 19 år, og et medlemstilskudd for barn og unge med bistandsbehov, som fordeles etter et årlig fastsatt grunntall </w:t>
      </w:r>
      <w:r w:rsidR="00B63E85" w:rsidRPr="0047115A">
        <w:rPr>
          <w:lang w:val="nb-NO"/>
        </w:rPr>
        <w:t>(</w:t>
      </w:r>
      <w:proofErr w:type="spellStart"/>
      <w:r w:rsidR="00DE2A11" w:rsidRPr="0047115A">
        <w:rPr>
          <w:lang w:val="nb-NO"/>
        </w:rPr>
        <w:t>X</w:t>
      </w:r>
      <w:proofErr w:type="spellEnd"/>
      <w:r w:rsidR="00B63E85" w:rsidRPr="0047115A">
        <w:rPr>
          <w:lang w:val="nb-NO"/>
        </w:rPr>
        <w:t>).</w:t>
      </w:r>
      <w:r w:rsidRPr="0047115A">
        <w:rPr>
          <w:lang w:val="nb-NO"/>
        </w:rPr>
        <w:t xml:space="preserve"> </w:t>
      </w:r>
    </w:p>
    <w:p w14:paraId="2EFB7E15" w14:textId="66ECA4A8" w:rsidR="00C220D0" w:rsidRPr="0047115A" w:rsidRDefault="00425252">
      <w:pPr>
        <w:rPr>
          <w:lang w:val="nb-NO"/>
        </w:rPr>
      </w:pPr>
      <w:r w:rsidRPr="0047115A">
        <w:rPr>
          <w:lang w:val="nb-NO"/>
        </w:rPr>
        <w:t>Fordeling av medlemstilskudd til kulturorganisasjoner:</w:t>
      </w:r>
    </w:p>
    <w:p w14:paraId="0120AE05" w14:textId="0525399D" w:rsidR="00C220D0" w:rsidRPr="0047115A" w:rsidRDefault="00425252" w:rsidP="00C74B5A">
      <w:pPr>
        <w:pStyle w:val="Listeavsnitt"/>
        <w:numPr>
          <w:ilvl w:val="0"/>
          <w:numId w:val="15"/>
        </w:numPr>
        <w:rPr>
          <w:lang w:val="nb-NO"/>
        </w:rPr>
      </w:pPr>
      <w:r w:rsidRPr="0047115A">
        <w:rPr>
          <w:lang w:val="nb-NO"/>
        </w:rPr>
        <w:t>Kultur, barn: Grunntall X1</w:t>
      </w:r>
    </w:p>
    <w:p w14:paraId="5DC0A6BE" w14:textId="50DBC509" w:rsidR="00C220D0" w:rsidRPr="0047115A" w:rsidRDefault="00425252" w:rsidP="00C74B5A">
      <w:pPr>
        <w:pStyle w:val="Listeavsnitt"/>
        <w:numPr>
          <w:ilvl w:val="0"/>
          <w:numId w:val="15"/>
        </w:numPr>
        <w:rPr>
          <w:lang w:val="nb-NO"/>
        </w:rPr>
      </w:pPr>
      <w:r w:rsidRPr="0047115A">
        <w:rPr>
          <w:lang w:val="nb-NO"/>
        </w:rPr>
        <w:t>Kultur, ungdom: Grunntall X1,5</w:t>
      </w:r>
    </w:p>
    <w:p w14:paraId="42C9B851" w14:textId="18AA96FE" w:rsidR="00C220D0" w:rsidRPr="0047115A" w:rsidRDefault="00425252" w:rsidP="00C74B5A">
      <w:pPr>
        <w:pStyle w:val="Listeavsnitt"/>
        <w:numPr>
          <w:ilvl w:val="0"/>
          <w:numId w:val="15"/>
        </w:numPr>
        <w:rPr>
          <w:lang w:val="nb-NO"/>
        </w:rPr>
      </w:pPr>
      <w:r w:rsidRPr="0047115A">
        <w:rPr>
          <w:lang w:val="nb-NO"/>
        </w:rPr>
        <w:t>Skolekorps, barn: Grunntall X2,5</w:t>
      </w:r>
    </w:p>
    <w:p w14:paraId="4FB0D2F1" w14:textId="039C90B1" w:rsidR="00C220D0" w:rsidRPr="0047115A" w:rsidRDefault="00425252" w:rsidP="00C74B5A">
      <w:pPr>
        <w:pStyle w:val="Listeavsnitt"/>
        <w:numPr>
          <w:ilvl w:val="0"/>
          <w:numId w:val="15"/>
        </w:numPr>
        <w:rPr>
          <w:lang w:val="nb-NO"/>
        </w:rPr>
      </w:pPr>
      <w:r w:rsidRPr="0047115A">
        <w:rPr>
          <w:lang w:val="nb-NO"/>
        </w:rPr>
        <w:t>Skolekorps, ungdom: Grunntall X3</w:t>
      </w:r>
    </w:p>
    <w:p w14:paraId="4D994762" w14:textId="1FA4CA86" w:rsidR="00C220D0" w:rsidRPr="0047115A" w:rsidRDefault="00425252" w:rsidP="00C74B5A">
      <w:pPr>
        <w:pStyle w:val="Listeavsnitt"/>
        <w:numPr>
          <w:ilvl w:val="0"/>
          <w:numId w:val="15"/>
        </w:numPr>
        <w:rPr>
          <w:lang w:val="nb-NO"/>
        </w:rPr>
      </w:pPr>
      <w:r w:rsidRPr="0047115A">
        <w:rPr>
          <w:lang w:val="nb-NO"/>
        </w:rPr>
        <w:t xml:space="preserve">Kultur, </w:t>
      </w:r>
      <w:r w:rsidR="009B542C" w:rsidRPr="0047115A">
        <w:rPr>
          <w:lang w:val="nb-NO"/>
        </w:rPr>
        <w:t>barn og unge med funksjonsnedsettelse og bistandsbehov</w:t>
      </w:r>
      <w:r w:rsidRPr="0047115A">
        <w:rPr>
          <w:lang w:val="nb-NO"/>
        </w:rPr>
        <w:t>: X</w:t>
      </w:r>
      <w:r w:rsidR="00870D44" w:rsidRPr="0047115A">
        <w:rPr>
          <w:lang w:val="nb-NO"/>
        </w:rPr>
        <w:t>6</w:t>
      </w:r>
    </w:p>
    <w:p w14:paraId="180186BB" w14:textId="3D1569D5" w:rsidR="009B542C" w:rsidRPr="0047115A" w:rsidRDefault="00425252">
      <w:pPr>
        <w:rPr>
          <w:lang w:val="nb-NO"/>
        </w:rPr>
      </w:pPr>
      <w:r w:rsidRPr="0047115A">
        <w:rPr>
          <w:lang w:val="nb-NO"/>
        </w:rPr>
        <w:t xml:space="preserve">Støtten til </w:t>
      </w:r>
      <w:r w:rsidR="009B542C" w:rsidRPr="0047115A">
        <w:rPr>
          <w:lang w:val="nb-NO"/>
        </w:rPr>
        <w:t>barn og unge med funksjonsnedsettelse og bistandsbehov</w:t>
      </w:r>
      <w:r w:rsidR="00E53FAC" w:rsidRPr="0047115A">
        <w:rPr>
          <w:lang w:val="nb-NO"/>
        </w:rPr>
        <w:t xml:space="preserve"> skal gi støtte for å sikre at alle har anledning til å delta. Det gis </w:t>
      </w:r>
      <w:r w:rsidRPr="0047115A">
        <w:rPr>
          <w:lang w:val="nb-NO"/>
        </w:rPr>
        <w:t>kun støtte dersom det er et reelt behov for tilrettelegging og/eller bistand.</w:t>
      </w:r>
    </w:p>
    <w:p w14:paraId="7B9A097B" w14:textId="6EE37BF1" w:rsidR="009B542C" w:rsidRPr="0047115A" w:rsidRDefault="00170563">
      <w:pPr>
        <w:rPr>
          <w:lang w:val="nb-NO"/>
        </w:rPr>
      </w:pPr>
      <w:r w:rsidRPr="0047115A">
        <w:rPr>
          <w:lang w:val="nb-NO"/>
        </w:rPr>
        <w:t xml:space="preserve">Utover dette kan det søkes driftstøtte til eide og </w:t>
      </w:r>
      <w:proofErr w:type="spellStart"/>
      <w:r w:rsidRPr="0047115A">
        <w:rPr>
          <w:lang w:val="nb-NO"/>
        </w:rPr>
        <w:t>langtidsleide</w:t>
      </w:r>
      <w:proofErr w:type="spellEnd"/>
      <w:r w:rsidRPr="0047115A">
        <w:rPr>
          <w:lang w:val="nb-NO"/>
        </w:rPr>
        <w:t xml:space="preserve"> lokaler hvor det foregår kulturaktivitet. Denne støtten fordeles utfra et årlig fastsatt grunnbeløp og innrapportert aktivitetsnivå i de omsøkte lokalene. </w:t>
      </w:r>
      <w:r w:rsidR="007C4F37" w:rsidRPr="0047115A">
        <w:rPr>
          <w:lang w:val="nb-NO"/>
        </w:rPr>
        <w:t>Ved vurdering av støtte til lokaler kan det også tas hensyn til byggets funksjon, driftskostnader, tilgjengelighet, flerbruk og betydning for frivillig aktivitet.</w:t>
      </w:r>
    </w:p>
    <w:p w14:paraId="7CA70777" w14:textId="661D677C" w:rsidR="00170563" w:rsidRPr="0047115A" w:rsidRDefault="00170563" w:rsidP="00170563">
      <w:pPr>
        <w:rPr>
          <w:lang w:val="nb-NO"/>
        </w:rPr>
      </w:pPr>
      <w:r w:rsidRPr="0047115A">
        <w:rPr>
          <w:lang w:val="nb-NO"/>
        </w:rPr>
        <w:t>Vektingen mellom medlemstilskudd og støtte til lokaler kan variere fra år til år.</w:t>
      </w:r>
    </w:p>
    <w:p w14:paraId="2ED6527F" w14:textId="77777777" w:rsidR="00170563" w:rsidRPr="0047115A" w:rsidRDefault="00170563" w:rsidP="00170563">
      <w:pPr>
        <w:rPr>
          <w:u w:val="single"/>
          <w:lang w:val="nb-NO"/>
        </w:rPr>
      </w:pPr>
      <w:r w:rsidRPr="0047115A">
        <w:rPr>
          <w:u w:val="single"/>
          <w:lang w:val="nb-NO"/>
        </w:rPr>
        <w:t>Hvem kan søke:</w:t>
      </w:r>
    </w:p>
    <w:p w14:paraId="6F27AC1F" w14:textId="77777777" w:rsidR="00170563" w:rsidRPr="0047115A" w:rsidRDefault="00170563" w:rsidP="00170563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 xml:space="preserve">Frivillige lag og organisasjoner innenfor kultur, idrett eller fysisk aktivitet, som er registrert i frivilligregistret (Brønnøysundregistret) og som enten har barn og unge som medlemmer, eller som drifter eide eller </w:t>
      </w:r>
      <w:proofErr w:type="spellStart"/>
      <w:r w:rsidRPr="0047115A">
        <w:rPr>
          <w:lang w:val="nb-NO"/>
        </w:rPr>
        <w:t>langtidsleide</w:t>
      </w:r>
      <w:proofErr w:type="spellEnd"/>
      <w:r w:rsidRPr="0047115A">
        <w:rPr>
          <w:lang w:val="nb-NO"/>
        </w:rPr>
        <w:t xml:space="preserve"> lokaler eller anlegg innenfor kultur eller idrett. </w:t>
      </w:r>
    </w:p>
    <w:p w14:paraId="6003273B" w14:textId="77777777" w:rsidR="00170563" w:rsidRPr="0047115A" w:rsidRDefault="00170563" w:rsidP="00170563">
      <w:pPr>
        <w:rPr>
          <w:u w:val="single"/>
          <w:lang w:val="nb-NO"/>
        </w:rPr>
      </w:pPr>
      <w:r w:rsidRPr="0047115A">
        <w:rPr>
          <w:u w:val="single"/>
          <w:lang w:val="nb-NO"/>
        </w:rPr>
        <w:t>Krav til søknaden:</w:t>
      </w:r>
    </w:p>
    <w:p w14:paraId="7404F9F1" w14:textId="77777777" w:rsidR="00170563" w:rsidRPr="0047115A" w:rsidRDefault="00170563" w:rsidP="00170563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At antall medlemmer som opplyses om stemmer med medlemslistene</w:t>
      </w:r>
    </w:p>
    <w:p w14:paraId="759C368B" w14:textId="77777777" w:rsidR="00F15395" w:rsidRPr="0047115A" w:rsidRDefault="00170563" w:rsidP="00170563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At medlemslister, årsrapport, budsjett og regnskap vedlegges søknaden</w:t>
      </w:r>
    </w:p>
    <w:p w14:paraId="6A21A12F" w14:textId="2D3216AA" w:rsidR="00F15395" w:rsidRPr="0047115A" w:rsidRDefault="00F15395" w:rsidP="00170563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lastRenderedPageBreak/>
        <w:t>Søker skal arbeide for et inkluderende aktivitetstilbud for barn og unge. Samtidig kan organisasjonen håndheve egne vedtekter og reaksjoner ved alvorlige brudd på regler, trygghet eller forpliktelser.</w:t>
      </w:r>
    </w:p>
    <w:p w14:paraId="2E240D0F" w14:textId="77777777" w:rsidR="00F15395" w:rsidRPr="0047115A" w:rsidRDefault="00F15395" w:rsidP="00170563">
      <w:pPr>
        <w:rPr>
          <w:lang w:val="nb-NO"/>
        </w:rPr>
      </w:pPr>
    </w:p>
    <w:p w14:paraId="4F6AFAB0" w14:textId="27316CB4" w:rsidR="00170563" w:rsidRPr="0047115A" w:rsidRDefault="00170563" w:rsidP="00170563">
      <w:pPr>
        <w:rPr>
          <w:u w:val="single"/>
          <w:lang w:val="nb-NO"/>
        </w:rPr>
      </w:pPr>
      <w:r w:rsidRPr="0047115A">
        <w:rPr>
          <w:u w:val="single"/>
          <w:lang w:val="nb-NO"/>
        </w:rPr>
        <w:t>Det gis ikke støtte til:</w:t>
      </w:r>
    </w:p>
    <w:p w14:paraId="56200914" w14:textId="77777777" w:rsidR="00170563" w:rsidRPr="0047115A" w:rsidRDefault="00170563" w:rsidP="00170563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Politiske organisasjoner</w:t>
      </w:r>
    </w:p>
    <w:p w14:paraId="2609279F" w14:textId="77777777" w:rsidR="00170563" w:rsidRPr="0047115A" w:rsidRDefault="00170563" w:rsidP="00170563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Sykdomsrelaterte organisasjoner</w:t>
      </w:r>
    </w:p>
    <w:p w14:paraId="4841D30E" w14:textId="77777777" w:rsidR="00170563" w:rsidRPr="0047115A" w:rsidRDefault="00170563" w:rsidP="00170563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Humanitære organisasjoner</w:t>
      </w:r>
    </w:p>
    <w:p w14:paraId="204AA731" w14:textId="77777777" w:rsidR="00170563" w:rsidRPr="0047115A" w:rsidRDefault="00170563" w:rsidP="00170563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Organisasjoner med kun voksne medlemmer (utenom støtte til drift av eide lokaler og anlegg og organisasjoner for mennesker med bistandsbehov)</w:t>
      </w:r>
    </w:p>
    <w:p w14:paraId="6AFCB3E0" w14:textId="77777777" w:rsidR="00170563" w:rsidRPr="0047115A" w:rsidRDefault="00170563" w:rsidP="00170563">
      <w:pPr>
        <w:pStyle w:val="Listeavsnitt"/>
        <w:numPr>
          <w:ilvl w:val="0"/>
          <w:numId w:val="15"/>
        </w:numPr>
        <w:rPr>
          <w:lang w:val="nb-NO"/>
        </w:rPr>
      </w:pPr>
      <w:r w:rsidRPr="0047115A">
        <w:rPr>
          <w:lang w:val="nb-NO"/>
        </w:rPr>
        <w:t>Anlegg og lokaler som ikke primært driver med aktivitet innenfor kultur- eller idrettsfeltet</w:t>
      </w:r>
    </w:p>
    <w:p w14:paraId="7B8D979A" w14:textId="77777777" w:rsidR="00170563" w:rsidRPr="0047115A" w:rsidRDefault="00170563" w:rsidP="00170563">
      <w:pPr>
        <w:pStyle w:val="Listeavsnitt"/>
        <w:numPr>
          <w:ilvl w:val="0"/>
          <w:numId w:val="15"/>
        </w:numPr>
        <w:rPr>
          <w:lang w:val="nb-NO"/>
        </w:rPr>
      </w:pPr>
      <w:r w:rsidRPr="0047115A">
        <w:rPr>
          <w:lang w:val="nb-NO"/>
        </w:rPr>
        <w:t>Foreninger som ikke er åpne for alle</w:t>
      </w:r>
    </w:p>
    <w:p w14:paraId="01FDD946" w14:textId="77777777" w:rsidR="00170563" w:rsidRPr="0047115A" w:rsidRDefault="00170563" w:rsidP="00170563">
      <w:pPr>
        <w:pStyle w:val="Listeavsnitt"/>
        <w:numPr>
          <w:ilvl w:val="0"/>
          <w:numId w:val="15"/>
        </w:numPr>
        <w:rPr>
          <w:lang w:val="nb-NO"/>
        </w:rPr>
      </w:pPr>
      <w:r w:rsidRPr="0047115A">
        <w:rPr>
          <w:lang w:val="nb-NO"/>
        </w:rPr>
        <w:t>Foreninger hvis primære formål er å ivareta medlemmenes yrkes- eller økonomiske interesser</w:t>
      </w:r>
    </w:p>
    <w:p w14:paraId="0284FC52" w14:textId="77777777" w:rsidR="00170563" w:rsidRPr="0047115A" w:rsidRDefault="00170563" w:rsidP="00170563">
      <w:pPr>
        <w:pStyle w:val="Listeavsnitt"/>
        <w:numPr>
          <w:ilvl w:val="0"/>
          <w:numId w:val="15"/>
        </w:numPr>
        <w:rPr>
          <w:lang w:val="nb-NO"/>
        </w:rPr>
      </w:pPr>
      <w:r w:rsidRPr="0047115A">
        <w:rPr>
          <w:lang w:val="nb-NO"/>
        </w:rPr>
        <w:t>Organisasjoner som ikke er registrert i frivilligregistret</w:t>
      </w:r>
    </w:p>
    <w:p w14:paraId="42D07782" w14:textId="77777777" w:rsidR="00170563" w:rsidRPr="0047115A" w:rsidRDefault="00170563" w:rsidP="00170563">
      <w:pPr>
        <w:rPr>
          <w:u w:val="single"/>
          <w:lang w:val="nb-NO"/>
        </w:rPr>
      </w:pPr>
    </w:p>
    <w:p w14:paraId="52859D06" w14:textId="77777777" w:rsidR="00170563" w:rsidRPr="0047115A" w:rsidRDefault="00170563" w:rsidP="00170563">
      <w:pPr>
        <w:rPr>
          <w:u w:val="single"/>
          <w:lang w:val="nb-NO"/>
        </w:rPr>
      </w:pPr>
      <w:r w:rsidRPr="0047115A">
        <w:rPr>
          <w:u w:val="single"/>
          <w:lang w:val="nb-NO"/>
        </w:rPr>
        <w:t>Saksbehandling og utbetaling:</w:t>
      </w:r>
    </w:p>
    <w:p w14:paraId="6AE5C977" w14:textId="77777777" w:rsidR="00170563" w:rsidRPr="0047115A" w:rsidRDefault="00170563" w:rsidP="00170563">
      <w:pPr>
        <w:rPr>
          <w:lang w:val="nb-NO"/>
        </w:rPr>
      </w:pPr>
      <w:r w:rsidRPr="0047115A">
        <w:rPr>
          <w:lang w:val="nb-NO"/>
        </w:rPr>
        <w:t>Drifts- og medlemstilskudd behandles administrativt, og utbetales så snart vedtak foreligger.</w:t>
      </w:r>
    </w:p>
    <w:p w14:paraId="0C6ED5B7" w14:textId="77777777" w:rsidR="00170563" w:rsidRPr="0047115A" w:rsidRDefault="00170563" w:rsidP="00170563">
      <w:pPr>
        <w:rPr>
          <w:lang w:val="nb-NO"/>
        </w:rPr>
      </w:pPr>
      <w:r w:rsidRPr="0047115A">
        <w:rPr>
          <w:lang w:val="nb-NO"/>
        </w:rPr>
        <w:t>Sarpsborg kommune oppfordrer alle lag og foreninger som søker driftstilskudd om å tilslutte seg den lokale Fritidserklæringen.</w:t>
      </w:r>
    </w:p>
    <w:p w14:paraId="13098E26" w14:textId="77777777" w:rsidR="00170563" w:rsidRPr="0047115A" w:rsidRDefault="00170563" w:rsidP="00170563">
      <w:pPr>
        <w:rPr>
          <w:u w:val="single"/>
          <w:lang w:val="nb-NO"/>
        </w:rPr>
      </w:pPr>
      <w:r w:rsidRPr="0047115A">
        <w:rPr>
          <w:u w:val="single"/>
          <w:lang w:val="nb-NO"/>
        </w:rPr>
        <w:t>Etterprøving:</w:t>
      </w:r>
    </w:p>
    <w:p w14:paraId="709EF1E9" w14:textId="77777777" w:rsidR="00170563" w:rsidRPr="0047115A" w:rsidRDefault="00170563" w:rsidP="00170563">
      <w:pPr>
        <w:rPr>
          <w:lang w:val="nb-NO"/>
        </w:rPr>
      </w:pPr>
      <w:r w:rsidRPr="0047115A">
        <w:rPr>
          <w:lang w:val="nb-NO"/>
        </w:rPr>
        <w:t>Sarpsborg kommune forbeholder seg retten til å kreve tilskudd tilbakebetalt dersom den oppgitte informasjonen i søknaden ikke stemmer. Det foretas stikkprøver ved hver tildeling.</w:t>
      </w:r>
    </w:p>
    <w:p w14:paraId="7C6DFD4F" w14:textId="77777777" w:rsidR="007027C0" w:rsidRPr="0047115A" w:rsidRDefault="007027C0" w:rsidP="00170563">
      <w:pPr>
        <w:rPr>
          <w:lang w:val="nb-NO"/>
        </w:rPr>
      </w:pPr>
    </w:p>
    <w:p w14:paraId="4C6E4F0B" w14:textId="140DCC80" w:rsidR="007027C0" w:rsidRPr="0047115A" w:rsidRDefault="007027C0" w:rsidP="00170563">
      <w:pPr>
        <w:rPr>
          <w:b/>
          <w:bCs/>
          <w:lang w:val="nb-NO"/>
        </w:rPr>
      </w:pPr>
      <w:r w:rsidRPr="0047115A">
        <w:rPr>
          <w:lang w:val="nb-NO"/>
        </w:rPr>
        <w:br w:type="column"/>
      </w:r>
      <w:r w:rsidRPr="0047115A">
        <w:rPr>
          <w:b/>
          <w:bCs/>
          <w:lang w:val="nb-NO"/>
        </w:rPr>
        <w:lastRenderedPageBreak/>
        <w:t xml:space="preserve">Driftstilskudd til frivillige organisasjoner som driver aktivitet for voksne </w:t>
      </w:r>
      <w:r w:rsidR="00FF04F5" w:rsidRPr="0047115A">
        <w:rPr>
          <w:b/>
          <w:bCs/>
          <w:lang w:val="nb-NO"/>
        </w:rPr>
        <w:t xml:space="preserve">med </w:t>
      </w:r>
      <w:r w:rsidR="009F5BBE" w:rsidRPr="0047115A">
        <w:rPr>
          <w:b/>
          <w:bCs/>
          <w:lang w:val="nb-NO"/>
        </w:rPr>
        <w:t>kognitiv funksjonsnedsettelse og bistandsbehov</w:t>
      </w:r>
    </w:p>
    <w:p w14:paraId="267A3654" w14:textId="36FEC424" w:rsidR="00BB19E3" w:rsidRPr="0047115A" w:rsidRDefault="00BB19E3" w:rsidP="00BB19E3">
      <w:pPr>
        <w:rPr>
          <w:lang w:val="nb-NO"/>
        </w:rPr>
      </w:pPr>
      <w:r w:rsidRPr="0047115A">
        <w:rPr>
          <w:lang w:val="nb-NO"/>
        </w:rPr>
        <w:t xml:space="preserve">Denne ordningen skal gå til løpende og ordinær drift av frivillige lag og organisasjoner i Sarpsborg kommune som tilbyr aktivitet til voksne med funksjonsnedsettelse og bistandsbehov. </w:t>
      </w:r>
    </w:p>
    <w:p w14:paraId="3983001E" w14:textId="77777777" w:rsidR="00BB19E3" w:rsidRPr="0047115A" w:rsidRDefault="00BB19E3" w:rsidP="00BB19E3">
      <w:pPr>
        <w:rPr>
          <w:u w:val="single"/>
          <w:lang w:val="nb-NO"/>
        </w:rPr>
      </w:pPr>
      <w:r w:rsidRPr="0047115A">
        <w:rPr>
          <w:u w:val="single"/>
          <w:lang w:val="nb-NO"/>
        </w:rPr>
        <w:t>Frist: 1. oktober</w:t>
      </w:r>
    </w:p>
    <w:p w14:paraId="78B65E55" w14:textId="0B0E80B0" w:rsidR="00B63E85" w:rsidRPr="0047115A" w:rsidRDefault="009F0F21" w:rsidP="00BB19E3">
      <w:pPr>
        <w:rPr>
          <w:lang w:val="nb-NO"/>
        </w:rPr>
      </w:pPr>
      <w:r w:rsidRPr="0047115A">
        <w:rPr>
          <w:lang w:val="nb-NO"/>
        </w:rPr>
        <w:t xml:space="preserve">Det deles ut </w:t>
      </w:r>
      <w:r w:rsidR="00B63E85" w:rsidRPr="0047115A">
        <w:rPr>
          <w:lang w:val="nb-NO"/>
        </w:rPr>
        <w:t xml:space="preserve">tilskudd per medlem, som baserer seg på et grunntall (Z). Dette grunntallet </w:t>
      </w:r>
      <w:r w:rsidR="006F6D3A" w:rsidRPr="0047115A">
        <w:rPr>
          <w:lang w:val="nb-NO"/>
        </w:rPr>
        <w:t>vil</w:t>
      </w:r>
      <w:r w:rsidR="00B63E85" w:rsidRPr="0047115A">
        <w:rPr>
          <w:lang w:val="nb-NO"/>
        </w:rPr>
        <w:t xml:space="preserve"> variere fra år til år. </w:t>
      </w:r>
    </w:p>
    <w:p w14:paraId="1DDA52E2" w14:textId="77777777" w:rsidR="00B63E85" w:rsidRPr="0047115A" w:rsidRDefault="00B63E85" w:rsidP="00B63E85">
      <w:pPr>
        <w:rPr>
          <w:u w:val="single"/>
          <w:lang w:val="nb-NO"/>
        </w:rPr>
      </w:pPr>
      <w:r w:rsidRPr="0047115A">
        <w:rPr>
          <w:u w:val="single"/>
          <w:lang w:val="nb-NO"/>
        </w:rPr>
        <w:t>Hvem kan søke:</w:t>
      </w:r>
    </w:p>
    <w:p w14:paraId="5BAA74C0" w14:textId="2C94BC1A" w:rsidR="00B63E85" w:rsidRPr="0047115A" w:rsidRDefault="00B63E85" w:rsidP="00B63E85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 xml:space="preserve">Frivillige lag og organisasjoner innenfor kultur, idrett eller fysisk aktivitet, som er registrert i frivilligregistret (Brønnøysundregistret) og </w:t>
      </w:r>
      <w:r w:rsidR="00DE2A11" w:rsidRPr="0047115A">
        <w:rPr>
          <w:lang w:val="nb-NO"/>
        </w:rPr>
        <w:t xml:space="preserve">som </w:t>
      </w:r>
      <w:r w:rsidR="008F622F" w:rsidRPr="0047115A">
        <w:rPr>
          <w:lang w:val="nb-NO"/>
        </w:rPr>
        <w:t xml:space="preserve">har voksne med </w:t>
      </w:r>
      <w:r w:rsidR="007C2887" w:rsidRPr="0047115A">
        <w:rPr>
          <w:lang w:val="nb-NO"/>
        </w:rPr>
        <w:t xml:space="preserve">kognitiv </w:t>
      </w:r>
      <w:r w:rsidR="008F622F" w:rsidRPr="0047115A">
        <w:rPr>
          <w:lang w:val="nb-NO"/>
        </w:rPr>
        <w:t xml:space="preserve">funksjonsnedsettelse og </w:t>
      </w:r>
      <w:r w:rsidR="007C2887" w:rsidRPr="0047115A">
        <w:rPr>
          <w:lang w:val="nb-NO"/>
        </w:rPr>
        <w:t xml:space="preserve">tilhørende </w:t>
      </w:r>
      <w:r w:rsidR="008F622F" w:rsidRPr="0047115A">
        <w:rPr>
          <w:lang w:val="nb-NO"/>
        </w:rPr>
        <w:t xml:space="preserve">bistandsbehov som sin </w:t>
      </w:r>
      <w:r w:rsidR="008A7575" w:rsidRPr="0047115A">
        <w:rPr>
          <w:lang w:val="nb-NO"/>
        </w:rPr>
        <w:t>målgruppe.</w:t>
      </w:r>
      <w:r w:rsidR="008F622F" w:rsidRPr="0047115A">
        <w:rPr>
          <w:lang w:val="nb-NO"/>
        </w:rPr>
        <w:t xml:space="preserve"> </w:t>
      </w:r>
      <w:r w:rsidRPr="0047115A">
        <w:rPr>
          <w:lang w:val="nb-NO"/>
        </w:rPr>
        <w:t xml:space="preserve"> </w:t>
      </w:r>
    </w:p>
    <w:p w14:paraId="354DE2FC" w14:textId="77777777" w:rsidR="00B63E85" w:rsidRPr="0047115A" w:rsidRDefault="00B63E85" w:rsidP="00B63E85">
      <w:pPr>
        <w:rPr>
          <w:u w:val="single"/>
          <w:lang w:val="nb-NO"/>
        </w:rPr>
      </w:pPr>
      <w:r w:rsidRPr="0047115A">
        <w:rPr>
          <w:u w:val="single"/>
          <w:lang w:val="nb-NO"/>
        </w:rPr>
        <w:t>Krav til søknaden:</w:t>
      </w:r>
    </w:p>
    <w:p w14:paraId="0809B358" w14:textId="77777777" w:rsidR="00B63E85" w:rsidRPr="0047115A" w:rsidRDefault="00B63E85" w:rsidP="00B63E85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At antall medlemmer som opplyses om stemmer med medlemslistene</w:t>
      </w:r>
    </w:p>
    <w:p w14:paraId="3C7EBC53" w14:textId="4AC70FAF" w:rsidR="00B63E85" w:rsidRPr="0047115A" w:rsidRDefault="00B63E85" w:rsidP="00B63E85">
      <w:pPr>
        <w:pStyle w:val="Listeavsnitt"/>
        <w:numPr>
          <w:ilvl w:val="0"/>
          <w:numId w:val="12"/>
        </w:numPr>
        <w:rPr>
          <w:lang w:val="nb-NO"/>
        </w:rPr>
      </w:pPr>
      <w:r w:rsidRPr="0047115A">
        <w:rPr>
          <w:lang w:val="nb-NO"/>
        </w:rPr>
        <w:t>At medlemslister, årsrapport, budsjett og regnskap vedlegges søknaden</w:t>
      </w:r>
      <w:r w:rsidRPr="0047115A">
        <w:rPr>
          <w:lang w:val="nb-NO"/>
        </w:rPr>
        <w:br/>
      </w:r>
    </w:p>
    <w:p w14:paraId="650B99D0" w14:textId="77777777" w:rsidR="00B63E85" w:rsidRPr="0047115A" w:rsidRDefault="00B63E85" w:rsidP="00B63E85">
      <w:pPr>
        <w:rPr>
          <w:u w:val="single"/>
          <w:lang w:val="nb-NO"/>
        </w:rPr>
      </w:pPr>
      <w:r w:rsidRPr="0047115A">
        <w:rPr>
          <w:u w:val="single"/>
          <w:lang w:val="nb-NO"/>
        </w:rPr>
        <w:t>Saksbehandling og utbetaling:</w:t>
      </w:r>
    </w:p>
    <w:p w14:paraId="09189C5A" w14:textId="686C9AF2" w:rsidR="00B63E85" w:rsidRPr="0047115A" w:rsidRDefault="00425252" w:rsidP="00B63E85">
      <w:pPr>
        <w:rPr>
          <w:lang w:val="nb-NO"/>
        </w:rPr>
      </w:pPr>
      <w:r w:rsidRPr="0047115A">
        <w:rPr>
          <w:lang w:val="nb-NO"/>
        </w:rPr>
        <w:t>Driftstilskudd til mennesker med bistandsbehov behandles administrativt</w:t>
      </w:r>
      <w:r w:rsidR="00B63E85" w:rsidRPr="0047115A">
        <w:rPr>
          <w:lang w:val="nb-NO"/>
        </w:rPr>
        <w:t xml:space="preserve"> og utbetales så snart vedtak foreligger.</w:t>
      </w:r>
    </w:p>
    <w:p w14:paraId="23593AFB" w14:textId="77777777" w:rsidR="00425252" w:rsidRPr="0047115A" w:rsidRDefault="00425252" w:rsidP="00B63E85">
      <w:pPr>
        <w:rPr>
          <w:lang w:val="nb-NO"/>
        </w:rPr>
      </w:pPr>
    </w:p>
    <w:p w14:paraId="0D2393E8" w14:textId="78FD2AA0" w:rsidR="00B63E85" w:rsidRPr="0047115A" w:rsidRDefault="00B63E85" w:rsidP="00B63E85">
      <w:pPr>
        <w:rPr>
          <w:u w:val="single"/>
          <w:lang w:val="nb-NO"/>
        </w:rPr>
      </w:pPr>
      <w:r w:rsidRPr="0047115A">
        <w:rPr>
          <w:u w:val="single"/>
          <w:lang w:val="nb-NO"/>
        </w:rPr>
        <w:t>Etterprøving:</w:t>
      </w:r>
    </w:p>
    <w:p w14:paraId="28EDDCE3" w14:textId="77777777" w:rsidR="00B63E85" w:rsidRPr="0047115A" w:rsidRDefault="00B63E85" w:rsidP="00B63E85">
      <w:pPr>
        <w:rPr>
          <w:lang w:val="nb-NO"/>
        </w:rPr>
      </w:pPr>
      <w:r w:rsidRPr="0047115A">
        <w:rPr>
          <w:lang w:val="nb-NO"/>
        </w:rPr>
        <w:t>Sarpsborg kommune forbeholder seg retten til å kreve tilskudd tilbakebetalt dersom den oppgitte informasjonen i søknaden ikke stemmer. Det foretas stikkprøver ved hver tildeling.</w:t>
      </w:r>
    </w:p>
    <w:p w14:paraId="483FAD62" w14:textId="77777777" w:rsidR="00B63E85" w:rsidRPr="0047115A" w:rsidRDefault="00B63E85" w:rsidP="00B63E85">
      <w:pPr>
        <w:rPr>
          <w:lang w:val="nb-NO"/>
        </w:rPr>
      </w:pPr>
    </w:p>
    <w:p w14:paraId="4FD447FB" w14:textId="584C5052" w:rsidR="00B63E85" w:rsidRPr="0047115A" w:rsidRDefault="00B63E85" w:rsidP="00B63E85">
      <w:pPr>
        <w:rPr>
          <w:lang w:val="nb-NO"/>
        </w:rPr>
      </w:pPr>
    </w:p>
    <w:p w14:paraId="3BD53034" w14:textId="77777777" w:rsidR="00170563" w:rsidRPr="0047115A" w:rsidRDefault="00170563">
      <w:pPr>
        <w:rPr>
          <w:lang w:val="nb-NO"/>
        </w:rPr>
      </w:pPr>
    </w:p>
    <w:p w14:paraId="6E4720E5" w14:textId="1A650EC5" w:rsidR="00C220D0" w:rsidRPr="0047115A" w:rsidRDefault="00170563">
      <w:pPr>
        <w:rPr>
          <w:b/>
          <w:bCs/>
          <w:lang w:val="nb-NO"/>
        </w:rPr>
      </w:pPr>
      <w:r w:rsidRPr="0047115A">
        <w:rPr>
          <w:lang w:val="nb-NO"/>
        </w:rPr>
        <w:br w:type="column"/>
      </w:r>
      <w:r w:rsidR="00BF0AB8" w:rsidRPr="0047115A">
        <w:rPr>
          <w:b/>
          <w:bCs/>
          <w:lang w:val="nb-NO"/>
        </w:rPr>
        <w:lastRenderedPageBreak/>
        <w:t>Prosjekt- og aktivitetstilskudd</w:t>
      </w:r>
    </w:p>
    <w:p w14:paraId="2999687E" w14:textId="7D5F6005" w:rsidR="00C220D0" w:rsidRPr="0047115A" w:rsidRDefault="00425252">
      <w:pPr>
        <w:rPr>
          <w:lang w:val="nb-NO"/>
        </w:rPr>
      </w:pPr>
      <w:r w:rsidRPr="0047115A">
        <w:rPr>
          <w:lang w:val="nb-NO"/>
        </w:rPr>
        <w:t>Tilskudd til kunst- og kulturtiltak omhandler prosjekter, arrangementer/produksjoner og andre</w:t>
      </w:r>
      <w:r w:rsidR="000C3D6D" w:rsidRPr="0047115A">
        <w:rPr>
          <w:lang w:val="nb-NO"/>
        </w:rPr>
        <w:t xml:space="preserve"> </w:t>
      </w:r>
      <w:r w:rsidRPr="0047115A">
        <w:rPr>
          <w:lang w:val="nb-NO"/>
        </w:rPr>
        <w:t>tiltak – både faste, årlige hendelser og tidsavgrensede engangshendelser, som skiller seg fra</w:t>
      </w:r>
      <w:r w:rsidR="000C3D6D" w:rsidRPr="0047115A">
        <w:rPr>
          <w:lang w:val="nb-NO"/>
        </w:rPr>
        <w:t xml:space="preserve"> </w:t>
      </w:r>
      <w:r w:rsidRPr="0047115A">
        <w:rPr>
          <w:lang w:val="nb-NO"/>
        </w:rPr>
        <w:t>ordinær drift. Ved tildeling av tilskudd prioriteres åpne arrangementer, produksjoner og</w:t>
      </w:r>
      <w:r w:rsidR="000C3D6D" w:rsidRPr="0047115A">
        <w:rPr>
          <w:lang w:val="nb-NO"/>
        </w:rPr>
        <w:t xml:space="preserve"> </w:t>
      </w:r>
      <w:r w:rsidRPr="0047115A">
        <w:rPr>
          <w:lang w:val="nb-NO"/>
        </w:rPr>
        <w:t>prosjekter innenfor kulturfeltet i Sarpsborg.</w:t>
      </w:r>
      <w:r w:rsidR="00C44105" w:rsidRPr="0047115A">
        <w:rPr>
          <w:lang w:val="nb-NO"/>
        </w:rPr>
        <w:t xml:space="preserve"> </w:t>
      </w:r>
      <w:r w:rsidR="00C44105" w:rsidRPr="0047115A">
        <w:rPr>
          <w:lang w:val="nb-NO"/>
        </w:rPr>
        <w:t>Ved vurdering av søknader skal det særlig legges vekt på aktivitet, målgruppe, gjennomføringsevne, lokal verdi, inkludering og tilgjengelighet.</w:t>
      </w:r>
    </w:p>
    <w:p w14:paraId="7D4A83D5" w14:textId="77777777" w:rsidR="00C220D0" w:rsidRPr="0047115A" w:rsidRDefault="00425252">
      <w:pPr>
        <w:rPr>
          <w:lang w:val="nb-NO"/>
        </w:rPr>
      </w:pPr>
      <w:r w:rsidRPr="0047115A">
        <w:rPr>
          <w:lang w:val="nb-NO"/>
        </w:rPr>
        <w:t>Det kan gis inntil 50 % støtte av totalkostnaden for tiltaket.</w:t>
      </w:r>
    </w:p>
    <w:p w14:paraId="2EB08F52" w14:textId="77777777" w:rsidR="00C220D0" w:rsidRPr="0047115A" w:rsidRDefault="00425252">
      <w:pPr>
        <w:rPr>
          <w:lang w:val="nb-NO"/>
        </w:rPr>
      </w:pPr>
      <w:r w:rsidRPr="0047115A">
        <w:rPr>
          <w:lang w:val="nb-NO"/>
        </w:rPr>
        <w:t>Det kan søkes om:</w:t>
      </w:r>
    </w:p>
    <w:p w14:paraId="467709E4" w14:textId="71074013" w:rsidR="00C220D0" w:rsidRPr="0047115A" w:rsidRDefault="00425252" w:rsidP="0067022D">
      <w:pPr>
        <w:pStyle w:val="Listeavsnitt"/>
        <w:numPr>
          <w:ilvl w:val="0"/>
          <w:numId w:val="17"/>
        </w:numPr>
        <w:rPr>
          <w:lang w:val="nb-NO"/>
        </w:rPr>
      </w:pPr>
      <w:r w:rsidRPr="0047115A">
        <w:rPr>
          <w:lang w:val="nb-NO"/>
        </w:rPr>
        <w:t>Større kunst- og kulturtiltak:</w:t>
      </w:r>
    </w:p>
    <w:p w14:paraId="5FC34625" w14:textId="7CB2E3D8" w:rsidR="00C220D0" w:rsidRPr="0047115A" w:rsidRDefault="00425252" w:rsidP="0067022D">
      <w:pPr>
        <w:pStyle w:val="Listeavsnitt"/>
        <w:numPr>
          <w:ilvl w:val="1"/>
          <w:numId w:val="17"/>
        </w:numPr>
        <w:rPr>
          <w:lang w:val="nb-NO"/>
        </w:rPr>
      </w:pPr>
      <w:r w:rsidRPr="0047115A">
        <w:rPr>
          <w:lang w:val="nb-NO"/>
        </w:rPr>
        <w:t>Til tiltak med totalbudsjett på 50.000 kr eller mer</w:t>
      </w:r>
    </w:p>
    <w:p w14:paraId="6166DCDF" w14:textId="535FBBB9" w:rsidR="00C220D0" w:rsidRPr="0047115A" w:rsidRDefault="00425252" w:rsidP="0067022D">
      <w:pPr>
        <w:pStyle w:val="Listeavsnitt"/>
        <w:numPr>
          <w:ilvl w:val="1"/>
          <w:numId w:val="17"/>
        </w:numPr>
        <w:rPr>
          <w:lang w:val="nb-NO"/>
        </w:rPr>
      </w:pPr>
      <w:r w:rsidRPr="0047115A">
        <w:rPr>
          <w:lang w:val="nb-NO"/>
        </w:rPr>
        <w:t>Frist for å søke: 1. april og 1. oktober</w:t>
      </w:r>
    </w:p>
    <w:p w14:paraId="7F1A2876" w14:textId="77777777" w:rsidR="0067022D" w:rsidRPr="0047115A" w:rsidRDefault="0067022D" w:rsidP="0067022D">
      <w:pPr>
        <w:pStyle w:val="Listeavsnitt"/>
        <w:ind w:left="1440"/>
        <w:rPr>
          <w:lang w:val="nb-NO"/>
        </w:rPr>
      </w:pPr>
    </w:p>
    <w:p w14:paraId="42343246" w14:textId="42D44254" w:rsidR="00C220D0" w:rsidRPr="0047115A" w:rsidRDefault="00425252" w:rsidP="0067022D">
      <w:pPr>
        <w:pStyle w:val="Listeavsnitt"/>
        <w:numPr>
          <w:ilvl w:val="0"/>
          <w:numId w:val="17"/>
        </w:numPr>
        <w:rPr>
          <w:lang w:val="nb-NO"/>
        </w:rPr>
      </w:pPr>
      <w:r w:rsidRPr="0047115A">
        <w:rPr>
          <w:lang w:val="nb-NO"/>
        </w:rPr>
        <w:t>Mindre kunst- og kulturtiltak:</w:t>
      </w:r>
    </w:p>
    <w:p w14:paraId="67798A68" w14:textId="720A0B9E" w:rsidR="00C220D0" w:rsidRPr="0047115A" w:rsidRDefault="00425252" w:rsidP="0067022D">
      <w:pPr>
        <w:pStyle w:val="Listeavsnitt"/>
        <w:numPr>
          <w:ilvl w:val="1"/>
          <w:numId w:val="17"/>
        </w:numPr>
        <w:rPr>
          <w:lang w:val="nb-NO"/>
        </w:rPr>
      </w:pPr>
      <w:r w:rsidRPr="0047115A">
        <w:rPr>
          <w:lang w:val="nb-NO"/>
        </w:rPr>
        <w:t>Til tiltak med totalbudsjett under 50.000 kr.</w:t>
      </w:r>
    </w:p>
    <w:p w14:paraId="46130E69" w14:textId="2A60F54F" w:rsidR="0067022D" w:rsidRPr="0047115A" w:rsidRDefault="00425252" w:rsidP="00FD5B9D">
      <w:pPr>
        <w:pStyle w:val="Listeavsnitt"/>
        <w:numPr>
          <w:ilvl w:val="1"/>
          <w:numId w:val="17"/>
        </w:numPr>
        <w:rPr>
          <w:lang w:val="nb-NO"/>
        </w:rPr>
      </w:pPr>
      <w:r w:rsidRPr="0047115A">
        <w:rPr>
          <w:lang w:val="nb-NO"/>
        </w:rPr>
        <w:t>Frist for å søke: 15. februar, 15. mai, 15. september og 15. november</w:t>
      </w:r>
    </w:p>
    <w:p w14:paraId="69503E0C" w14:textId="5CDA8451" w:rsidR="00C220D0" w:rsidRPr="0047115A" w:rsidRDefault="00425252">
      <w:pPr>
        <w:rPr>
          <w:lang w:val="nb-NO"/>
        </w:rPr>
      </w:pPr>
      <w:r w:rsidRPr="0047115A">
        <w:rPr>
          <w:lang w:val="nb-NO"/>
        </w:rPr>
        <w:t>Tilskudd til kunst- og kulturtiltak kan blant annet dekke leieutgifter, produksjonskostnader,</w:t>
      </w:r>
      <w:r w:rsidR="0067022D" w:rsidRPr="0047115A">
        <w:rPr>
          <w:lang w:val="nb-NO"/>
        </w:rPr>
        <w:t xml:space="preserve"> </w:t>
      </w:r>
      <w:r w:rsidRPr="0047115A">
        <w:rPr>
          <w:lang w:val="nb-NO"/>
        </w:rPr>
        <w:t>lønnsutgifter, innkjøp av utstyr, reiseutgifter, kurs og kompetansehevende tiltak, samt</w:t>
      </w:r>
      <w:r w:rsidR="0067022D" w:rsidRPr="0047115A">
        <w:rPr>
          <w:lang w:val="nb-NO"/>
        </w:rPr>
        <w:t xml:space="preserve"> </w:t>
      </w:r>
      <w:r w:rsidRPr="0047115A">
        <w:rPr>
          <w:lang w:val="nb-NO"/>
        </w:rPr>
        <w:t>publiseringer med særskilt betydning for Sarpsborg.</w:t>
      </w:r>
    </w:p>
    <w:p w14:paraId="4C754AD4" w14:textId="50D029A5" w:rsidR="00C220D0" w:rsidRPr="0047115A" w:rsidRDefault="00425252">
      <w:pPr>
        <w:rPr>
          <w:lang w:val="nb-NO"/>
        </w:rPr>
      </w:pPr>
      <w:r w:rsidRPr="0047115A">
        <w:rPr>
          <w:lang w:val="nb-NO"/>
        </w:rPr>
        <w:t>Det gis primært støtte til prosjekter innenfor kunst- og kulturfeltet. Det kan i særlige tilfeller gis</w:t>
      </w:r>
      <w:r w:rsidR="0067022D" w:rsidRPr="0047115A">
        <w:rPr>
          <w:lang w:val="nb-NO"/>
        </w:rPr>
        <w:t xml:space="preserve"> </w:t>
      </w:r>
      <w:r w:rsidRPr="0047115A">
        <w:rPr>
          <w:lang w:val="nb-NO"/>
        </w:rPr>
        <w:t>tilskudd til ekstraordinære idretts- og aktivitetsarrangement.</w:t>
      </w:r>
    </w:p>
    <w:p w14:paraId="4AC47BAF" w14:textId="77777777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Hvem kan søke:</w:t>
      </w:r>
    </w:p>
    <w:p w14:paraId="6EC9CC27" w14:textId="77777777" w:rsidR="00C220D0" w:rsidRPr="0047115A" w:rsidRDefault="00425252">
      <w:pPr>
        <w:rPr>
          <w:lang w:val="nb-NO"/>
        </w:rPr>
      </w:pPr>
      <w:r w:rsidRPr="0047115A">
        <w:rPr>
          <w:lang w:val="nb-NO"/>
        </w:rPr>
        <w:t>Søker må være registrert med eget organisasjonsnummer.</w:t>
      </w:r>
    </w:p>
    <w:p w14:paraId="4EA9DD5E" w14:textId="77777777" w:rsidR="00C220D0" w:rsidRPr="0047115A" w:rsidRDefault="00425252">
      <w:pPr>
        <w:rPr>
          <w:lang w:val="nb-NO"/>
        </w:rPr>
      </w:pPr>
      <w:r w:rsidRPr="0047115A">
        <w:rPr>
          <w:lang w:val="nb-NO"/>
        </w:rPr>
        <w:t>Søknadene vurderes etter følgende prioriteringer:</w:t>
      </w:r>
    </w:p>
    <w:p w14:paraId="659E39E2" w14:textId="0DBE33B6" w:rsidR="00C220D0" w:rsidRPr="0047115A" w:rsidRDefault="00425252" w:rsidP="0067022D">
      <w:pPr>
        <w:pStyle w:val="Listeavsnitt"/>
        <w:numPr>
          <w:ilvl w:val="0"/>
          <w:numId w:val="19"/>
        </w:numPr>
        <w:rPr>
          <w:lang w:val="nb-NO"/>
        </w:rPr>
      </w:pPr>
      <w:r w:rsidRPr="0047115A">
        <w:rPr>
          <w:lang w:val="nb-NO"/>
        </w:rPr>
        <w:t>Kultur for og med barn og unge</w:t>
      </w:r>
    </w:p>
    <w:p w14:paraId="021F9209" w14:textId="2107C849" w:rsidR="00C220D0" w:rsidRPr="0047115A" w:rsidRDefault="00425252" w:rsidP="0067022D">
      <w:pPr>
        <w:pStyle w:val="Listeavsnitt"/>
        <w:numPr>
          <w:ilvl w:val="0"/>
          <w:numId w:val="19"/>
        </w:numPr>
        <w:rPr>
          <w:lang w:val="nb-NO"/>
        </w:rPr>
      </w:pPr>
      <w:r w:rsidRPr="0047115A">
        <w:rPr>
          <w:lang w:val="nb-NO"/>
        </w:rPr>
        <w:t>Det frivillige kulturfeltet</w:t>
      </w:r>
    </w:p>
    <w:p w14:paraId="10320B36" w14:textId="03A7E221" w:rsidR="00C220D0" w:rsidRPr="0047115A" w:rsidRDefault="00425252" w:rsidP="0067022D">
      <w:pPr>
        <w:pStyle w:val="Listeavsnitt"/>
        <w:numPr>
          <w:ilvl w:val="0"/>
          <w:numId w:val="19"/>
        </w:numPr>
        <w:rPr>
          <w:lang w:val="nb-NO"/>
        </w:rPr>
      </w:pPr>
      <w:r w:rsidRPr="0047115A">
        <w:rPr>
          <w:lang w:val="nb-NO"/>
        </w:rPr>
        <w:t>Det profesjonelle kulturfeltet</w:t>
      </w:r>
    </w:p>
    <w:p w14:paraId="6518CFAD" w14:textId="25C02627" w:rsidR="00C220D0" w:rsidRPr="0047115A" w:rsidRDefault="00425252">
      <w:pPr>
        <w:rPr>
          <w:lang w:val="nb-NO"/>
        </w:rPr>
      </w:pPr>
      <w:r w:rsidRPr="0047115A">
        <w:rPr>
          <w:lang w:val="nb-NO"/>
        </w:rPr>
        <w:t>I tillegg vil søknader kunne prioriteres ut fra en variasjon i sjangre og kulturelle uttrykk, samt</w:t>
      </w:r>
      <w:r w:rsidR="0067022D" w:rsidRPr="0047115A">
        <w:rPr>
          <w:lang w:val="nb-NO"/>
        </w:rPr>
        <w:t xml:space="preserve"> </w:t>
      </w:r>
      <w:r w:rsidRPr="0047115A">
        <w:rPr>
          <w:lang w:val="nb-NO"/>
        </w:rPr>
        <w:t>en geografisk spredning av tiltakene som omsøkes.</w:t>
      </w:r>
    </w:p>
    <w:p w14:paraId="03E41E8E" w14:textId="77777777" w:rsidR="00C220D0" w:rsidRPr="0047115A" w:rsidRDefault="00425252">
      <w:pPr>
        <w:rPr>
          <w:lang w:val="nb-NO"/>
        </w:rPr>
      </w:pPr>
      <w:r w:rsidRPr="0047115A">
        <w:rPr>
          <w:lang w:val="nb-NO"/>
        </w:rPr>
        <w:t>Krav til søknaden:</w:t>
      </w:r>
    </w:p>
    <w:p w14:paraId="6174E6FB" w14:textId="3621245C" w:rsidR="00C220D0" w:rsidRPr="0047115A" w:rsidRDefault="00425252" w:rsidP="0067022D">
      <w:pPr>
        <w:pStyle w:val="Listeavsnitt"/>
        <w:numPr>
          <w:ilvl w:val="0"/>
          <w:numId w:val="17"/>
        </w:numPr>
        <w:rPr>
          <w:lang w:val="nb-NO"/>
        </w:rPr>
      </w:pPr>
      <w:r w:rsidRPr="0047115A">
        <w:rPr>
          <w:lang w:val="nb-NO"/>
        </w:rPr>
        <w:t>Prosjektet eller tiltaket som omsøkes skal tidfestes</w:t>
      </w:r>
    </w:p>
    <w:p w14:paraId="5CCE0A44" w14:textId="33B46190" w:rsidR="00C220D0" w:rsidRPr="0047115A" w:rsidRDefault="00425252" w:rsidP="0067022D">
      <w:pPr>
        <w:pStyle w:val="Listeavsnitt"/>
        <w:numPr>
          <w:ilvl w:val="0"/>
          <w:numId w:val="17"/>
        </w:numPr>
        <w:rPr>
          <w:lang w:val="nb-NO"/>
        </w:rPr>
      </w:pPr>
      <w:r w:rsidRPr="0047115A">
        <w:rPr>
          <w:lang w:val="nb-NO"/>
        </w:rPr>
        <w:t>Datoen for gjennomføring kan ikke være senere enn to år fra søknadsfrist</w:t>
      </w:r>
    </w:p>
    <w:p w14:paraId="676CBFCC" w14:textId="39F4001D" w:rsidR="00C220D0" w:rsidRPr="0047115A" w:rsidRDefault="00425252" w:rsidP="0067022D">
      <w:pPr>
        <w:pStyle w:val="Listeavsnitt"/>
        <w:numPr>
          <w:ilvl w:val="0"/>
          <w:numId w:val="17"/>
        </w:numPr>
        <w:rPr>
          <w:lang w:val="nb-NO"/>
        </w:rPr>
      </w:pPr>
      <w:r w:rsidRPr="0047115A">
        <w:rPr>
          <w:lang w:val="nb-NO"/>
        </w:rPr>
        <w:t>Det gis normalt ikke støtte til tiltak som allerede er gjennomført ved søknadstidspunkt</w:t>
      </w:r>
    </w:p>
    <w:p w14:paraId="5206E0EE" w14:textId="6CFF63BB" w:rsidR="00C220D0" w:rsidRPr="0047115A" w:rsidRDefault="00425252" w:rsidP="0067022D">
      <w:pPr>
        <w:pStyle w:val="Listeavsnitt"/>
        <w:numPr>
          <w:ilvl w:val="0"/>
          <w:numId w:val="17"/>
        </w:numPr>
        <w:rPr>
          <w:lang w:val="nb-NO"/>
        </w:rPr>
      </w:pPr>
      <w:r w:rsidRPr="0047115A">
        <w:rPr>
          <w:lang w:val="nb-NO"/>
        </w:rPr>
        <w:t>Det må vedlegges en fyldig beskrivelse av tiltaket, samt budsjett</w:t>
      </w:r>
    </w:p>
    <w:p w14:paraId="4C46B66D" w14:textId="65FC58F7" w:rsidR="00C220D0" w:rsidRPr="0047115A" w:rsidRDefault="00425252" w:rsidP="0067022D">
      <w:pPr>
        <w:pStyle w:val="Listeavsnitt"/>
        <w:numPr>
          <w:ilvl w:val="0"/>
          <w:numId w:val="17"/>
        </w:numPr>
        <w:rPr>
          <w:lang w:val="nb-NO"/>
        </w:rPr>
      </w:pPr>
      <w:r w:rsidRPr="0047115A">
        <w:rPr>
          <w:lang w:val="nb-NO"/>
        </w:rPr>
        <w:lastRenderedPageBreak/>
        <w:t>Senest tre måneder etter fullført prosjekt/tiltak skal det sendes inn rapport og</w:t>
      </w:r>
      <w:r w:rsidR="0067022D" w:rsidRPr="0047115A">
        <w:rPr>
          <w:lang w:val="nb-NO"/>
        </w:rPr>
        <w:t xml:space="preserve"> </w:t>
      </w:r>
      <w:r w:rsidRPr="0047115A">
        <w:rPr>
          <w:lang w:val="nb-NO"/>
        </w:rPr>
        <w:t>regnskap via kommunens elektroniske rapporteringsskjema</w:t>
      </w:r>
      <w:r w:rsidR="0067022D" w:rsidRPr="0047115A">
        <w:rPr>
          <w:lang w:val="nb-NO"/>
        </w:rPr>
        <w:t>.</w:t>
      </w:r>
    </w:p>
    <w:p w14:paraId="4FD14F16" w14:textId="1CEDEBC0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Det gis ikke støtte til:</w:t>
      </w:r>
    </w:p>
    <w:p w14:paraId="2BD3D084" w14:textId="14B62B8D" w:rsidR="00C220D0" w:rsidRPr="0047115A" w:rsidRDefault="00425252" w:rsidP="0067022D">
      <w:pPr>
        <w:pStyle w:val="Listeavsnitt"/>
        <w:numPr>
          <w:ilvl w:val="0"/>
          <w:numId w:val="17"/>
        </w:numPr>
        <w:rPr>
          <w:lang w:val="nb-NO"/>
        </w:rPr>
      </w:pPr>
      <w:r w:rsidRPr="0047115A">
        <w:rPr>
          <w:lang w:val="nb-NO"/>
        </w:rPr>
        <w:t>Tiltak av utpreget kommersiell karakter</w:t>
      </w:r>
    </w:p>
    <w:p w14:paraId="45A22340" w14:textId="2EFB7654" w:rsidR="00C220D0" w:rsidRPr="0047115A" w:rsidRDefault="00425252" w:rsidP="0067022D">
      <w:pPr>
        <w:pStyle w:val="Listeavsnitt"/>
        <w:numPr>
          <w:ilvl w:val="0"/>
          <w:numId w:val="17"/>
        </w:numPr>
        <w:rPr>
          <w:lang w:val="nb-NO"/>
        </w:rPr>
      </w:pPr>
      <w:r w:rsidRPr="0047115A">
        <w:rPr>
          <w:lang w:val="nb-NO"/>
        </w:rPr>
        <w:t>Tiltak som ikke er åpne for allmennheten (unntaket kan være kurs, arrangementer</w:t>
      </w:r>
      <w:r w:rsidR="0067022D" w:rsidRPr="0047115A">
        <w:rPr>
          <w:lang w:val="nb-NO"/>
        </w:rPr>
        <w:t xml:space="preserve"> </w:t>
      </w:r>
      <w:proofErr w:type="spellStart"/>
      <w:r w:rsidRPr="0047115A">
        <w:rPr>
          <w:lang w:val="nb-NO"/>
        </w:rPr>
        <w:t>osv</w:t>
      </w:r>
      <w:proofErr w:type="spellEnd"/>
      <w:r w:rsidRPr="0047115A">
        <w:rPr>
          <w:lang w:val="nb-NO"/>
        </w:rPr>
        <w:t xml:space="preserve"> som er tilknyttet åpne frivillige lag og foreninger)</w:t>
      </w:r>
    </w:p>
    <w:p w14:paraId="782F1966" w14:textId="2EB99521" w:rsidR="00C220D0" w:rsidRPr="0047115A" w:rsidRDefault="00425252" w:rsidP="0067022D">
      <w:pPr>
        <w:pStyle w:val="Listeavsnitt"/>
        <w:numPr>
          <w:ilvl w:val="0"/>
          <w:numId w:val="21"/>
        </w:numPr>
        <w:rPr>
          <w:lang w:val="nb-NO"/>
        </w:rPr>
      </w:pPr>
      <w:r w:rsidRPr="0047115A">
        <w:rPr>
          <w:lang w:val="nb-NO"/>
        </w:rPr>
        <w:t>Tiltak som finner sted i innsamlingsøyemed</w:t>
      </w:r>
    </w:p>
    <w:p w14:paraId="71B3EF82" w14:textId="779D1E54" w:rsidR="00C220D0" w:rsidRPr="0047115A" w:rsidRDefault="00425252" w:rsidP="0067022D">
      <w:pPr>
        <w:pStyle w:val="Listeavsnitt"/>
        <w:numPr>
          <w:ilvl w:val="0"/>
          <w:numId w:val="21"/>
        </w:numPr>
        <w:rPr>
          <w:lang w:val="nb-NO"/>
        </w:rPr>
      </w:pPr>
      <w:r w:rsidRPr="0047115A">
        <w:rPr>
          <w:lang w:val="nb-NO"/>
        </w:rPr>
        <w:t>Produksjon av publikasjoner, bøker, musikkinnspillinger og filmer som ikke har</w:t>
      </w:r>
      <w:r w:rsidR="00547E34" w:rsidRPr="0047115A">
        <w:rPr>
          <w:lang w:val="nb-NO"/>
        </w:rPr>
        <w:t xml:space="preserve"> </w:t>
      </w:r>
      <w:r w:rsidRPr="0047115A">
        <w:rPr>
          <w:lang w:val="nb-NO"/>
        </w:rPr>
        <w:t>særskilt betydning for Sarpsborg</w:t>
      </w:r>
    </w:p>
    <w:p w14:paraId="1EF8540D" w14:textId="77777777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Saksbehandling og utbetaling:</w:t>
      </w:r>
    </w:p>
    <w:p w14:paraId="1599585E" w14:textId="36DFDAA7" w:rsidR="000A2AAB" w:rsidRPr="0047115A" w:rsidRDefault="000A2AAB">
      <w:pPr>
        <w:rPr>
          <w:lang w:val="nb-NO"/>
        </w:rPr>
      </w:pPr>
      <w:r w:rsidRPr="0047115A">
        <w:rPr>
          <w:lang w:val="nb-NO"/>
        </w:rPr>
        <w:t xml:space="preserve">Tildeling fra ordningen behandles politisk, </w:t>
      </w:r>
      <w:proofErr w:type="spellStart"/>
      <w:r w:rsidRPr="0047115A">
        <w:rPr>
          <w:lang w:val="nb-NO"/>
        </w:rPr>
        <w:t>jf</w:t>
      </w:r>
      <w:proofErr w:type="spellEnd"/>
      <w:r w:rsidRPr="0047115A">
        <w:rPr>
          <w:lang w:val="nb-NO"/>
        </w:rPr>
        <w:t xml:space="preserve"> kommunens delegeringsreglement</w:t>
      </w:r>
      <w:r w:rsidRPr="0047115A">
        <w:rPr>
          <w:lang w:val="nb-NO"/>
        </w:rPr>
        <w:t>.</w:t>
      </w:r>
    </w:p>
    <w:p w14:paraId="5090082C" w14:textId="6DDEC0DA" w:rsidR="00C220D0" w:rsidRPr="0047115A" w:rsidRDefault="00425252">
      <w:pPr>
        <w:rPr>
          <w:lang w:val="nb-NO"/>
        </w:rPr>
      </w:pPr>
      <w:r w:rsidRPr="0047115A">
        <w:rPr>
          <w:lang w:val="nb-NO"/>
        </w:rPr>
        <w:t>Sarpsborg kommune oppfordrer til at kulturarrangører og tilskuddsmottakere bruke</w:t>
      </w:r>
      <w:r w:rsidR="0067022D" w:rsidRPr="0047115A">
        <w:rPr>
          <w:lang w:val="nb-NO"/>
        </w:rPr>
        <w:t xml:space="preserve">r </w:t>
      </w:r>
      <w:r w:rsidRPr="0047115A">
        <w:rPr>
          <w:lang w:val="nb-NO"/>
        </w:rPr>
        <w:t>nasjonale veiledere for grønne og miljøvennlige kulturarrangementer.</w:t>
      </w:r>
    </w:p>
    <w:p w14:paraId="40966BA8" w14:textId="3BDD606C" w:rsidR="00C220D0" w:rsidRPr="0047115A" w:rsidRDefault="0067022D">
      <w:pPr>
        <w:rPr>
          <w:b/>
          <w:bCs/>
          <w:lang w:val="nb-NO"/>
        </w:rPr>
      </w:pPr>
      <w:r w:rsidRPr="0047115A">
        <w:rPr>
          <w:lang w:val="nb-NO"/>
        </w:rPr>
        <w:br w:type="column"/>
      </w:r>
      <w:r w:rsidR="00425252" w:rsidRPr="0047115A">
        <w:rPr>
          <w:b/>
          <w:bCs/>
          <w:lang w:val="nb-NO"/>
        </w:rPr>
        <w:lastRenderedPageBreak/>
        <w:t>Investeringstilskudd</w:t>
      </w:r>
    </w:p>
    <w:p w14:paraId="0D2564FC" w14:textId="0E465CF8" w:rsidR="00C220D0" w:rsidRPr="0047115A" w:rsidRDefault="00425252">
      <w:pPr>
        <w:rPr>
          <w:lang w:val="nb-NO"/>
        </w:rPr>
      </w:pPr>
      <w:r w:rsidRPr="0047115A">
        <w:rPr>
          <w:lang w:val="nb-NO"/>
        </w:rPr>
        <w:t>Investeringstilskudd kan gis til bygging eller rehabilitering av anlegg for kultur, idrett eller</w:t>
      </w:r>
      <w:r w:rsidR="00471118" w:rsidRPr="0047115A">
        <w:rPr>
          <w:lang w:val="nb-NO"/>
        </w:rPr>
        <w:t xml:space="preserve"> </w:t>
      </w:r>
      <w:r w:rsidRPr="0047115A">
        <w:rPr>
          <w:lang w:val="nb-NO"/>
        </w:rPr>
        <w:t xml:space="preserve">fysisk aktivitet. Det kan også gis investeringstilskudd til delfinansiering av </w:t>
      </w:r>
      <w:proofErr w:type="spellStart"/>
      <w:r w:rsidRPr="0047115A">
        <w:rPr>
          <w:lang w:val="nb-NO"/>
        </w:rPr>
        <w:t>organisasjonseid</w:t>
      </w:r>
      <w:proofErr w:type="spellEnd"/>
      <w:r w:rsidR="00471118" w:rsidRPr="0047115A">
        <w:rPr>
          <w:lang w:val="nb-NO"/>
        </w:rPr>
        <w:t xml:space="preserve"> </w:t>
      </w:r>
      <w:r w:rsidRPr="0047115A">
        <w:rPr>
          <w:lang w:val="nb-NO"/>
        </w:rPr>
        <w:t>utstyr.</w:t>
      </w:r>
    </w:p>
    <w:p w14:paraId="6E9FC2C7" w14:textId="77777777" w:rsidR="00C220D0" w:rsidRPr="0047115A" w:rsidRDefault="00425252">
      <w:pPr>
        <w:rPr>
          <w:lang w:val="nb-NO"/>
        </w:rPr>
      </w:pPr>
      <w:r w:rsidRPr="0047115A">
        <w:rPr>
          <w:lang w:val="nb-NO"/>
        </w:rPr>
        <w:t>Det kan søkes om:</w:t>
      </w:r>
    </w:p>
    <w:p w14:paraId="02004515" w14:textId="1A5DCDFA" w:rsidR="00C220D0" w:rsidRPr="0047115A" w:rsidRDefault="00425252" w:rsidP="007A78DE">
      <w:pPr>
        <w:pStyle w:val="Listeavsnitt"/>
        <w:numPr>
          <w:ilvl w:val="0"/>
          <w:numId w:val="21"/>
        </w:numPr>
        <w:rPr>
          <w:lang w:val="nb-NO"/>
        </w:rPr>
      </w:pPr>
      <w:r w:rsidRPr="0047115A">
        <w:rPr>
          <w:lang w:val="nb-NO"/>
        </w:rPr>
        <w:t>Mindre investeringstilskudd</w:t>
      </w:r>
    </w:p>
    <w:p w14:paraId="5BC9E08E" w14:textId="30F74314" w:rsidR="007A78DE" w:rsidRPr="0047115A" w:rsidRDefault="00425252" w:rsidP="007A78DE">
      <w:pPr>
        <w:pStyle w:val="Listeavsnitt"/>
        <w:numPr>
          <w:ilvl w:val="0"/>
          <w:numId w:val="21"/>
        </w:numPr>
        <w:rPr>
          <w:lang w:val="nb-NO"/>
        </w:rPr>
      </w:pPr>
      <w:r w:rsidRPr="0047115A">
        <w:rPr>
          <w:lang w:val="nb-NO"/>
        </w:rPr>
        <w:t>Større investeringstilskudd</w:t>
      </w:r>
    </w:p>
    <w:p w14:paraId="6C072746" w14:textId="77777777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Hvem kan søke:</w:t>
      </w:r>
    </w:p>
    <w:p w14:paraId="1DE40BCC" w14:textId="1B83355F" w:rsidR="00C220D0" w:rsidRPr="0047115A" w:rsidRDefault="00425252" w:rsidP="007A78DE">
      <w:pPr>
        <w:pStyle w:val="Listeavsnitt"/>
        <w:numPr>
          <w:ilvl w:val="0"/>
          <w:numId w:val="21"/>
        </w:numPr>
        <w:rPr>
          <w:lang w:val="nb-NO"/>
        </w:rPr>
      </w:pPr>
      <w:r w:rsidRPr="0047115A">
        <w:rPr>
          <w:lang w:val="nb-NO"/>
        </w:rPr>
        <w:t>Lag og foreninger, velforeninger og andre organisasjoner som primært driver med</w:t>
      </w:r>
      <w:r w:rsidR="007A78DE" w:rsidRPr="0047115A">
        <w:rPr>
          <w:lang w:val="nb-NO"/>
        </w:rPr>
        <w:t xml:space="preserve"> </w:t>
      </w:r>
      <w:r w:rsidRPr="0047115A">
        <w:rPr>
          <w:lang w:val="nb-NO"/>
        </w:rPr>
        <w:t>kultur- eller idrettsaktivitet og som har ideelle formål</w:t>
      </w:r>
    </w:p>
    <w:p w14:paraId="7605B24E" w14:textId="14CBF286" w:rsidR="007A78DE" w:rsidRPr="0047115A" w:rsidRDefault="00425252" w:rsidP="007A78DE">
      <w:pPr>
        <w:pStyle w:val="Listeavsnitt"/>
        <w:numPr>
          <w:ilvl w:val="0"/>
          <w:numId w:val="23"/>
        </w:numPr>
        <w:rPr>
          <w:lang w:val="nb-NO"/>
        </w:rPr>
      </w:pPr>
      <w:r w:rsidRPr="0047115A">
        <w:rPr>
          <w:lang w:val="nb-NO"/>
        </w:rPr>
        <w:t>Søker må ha organisasjonsnummer</w:t>
      </w:r>
    </w:p>
    <w:p w14:paraId="5036C49A" w14:textId="77777777" w:rsidR="000555A0" w:rsidRPr="0047115A" w:rsidRDefault="000555A0">
      <w:pPr>
        <w:rPr>
          <w:u w:val="single"/>
          <w:lang w:val="nb-NO"/>
        </w:rPr>
      </w:pPr>
    </w:p>
    <w:p w14:paraId="6F8CDCEE" w14:textId="13AF8966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Mindre investeringstilskudd:</w:t>
      </w:r>
    </w:p>
    <w:p w14:paraId="473468BD" w14:textId="3B2C9254" w:rsidR="007A78DE" w:rsidRPr="0047115A" w:rsidRDefault="007A78DE">
      <w:pPr>
        <w:rPr>
          <w:lang w:val="nb-NO"/>
        </w:rPr>
      </w:pPr>
      <w:r w:rsidRPr="0047115A">
        <w:rPr>
          <w:lang w:val="nb-NO"/>
        </w:rPr>
        <w:t>Frister: 15. februar, 15. mai, 15. september og 15. november</w:t>
      </w:r>
    </w:p>
    <w:p w14:paraId="691297BF" w14:textId="6C796E0C" w:rsidR="00C220D0" w:rsidRPr="0047115A" w:rsidRDefault="00425252">
      <w:pPr>
        <w:rPr>
          <w:lang w:val="nb-NO"/>
        </w:rPr>
      </w:pPr>
      <w:r w:rsidRPr="0047115A">
        <w:rPr>
          <w:lang w:val="nb-NO"/>
        </w:rPr>
        <w:t>Søknaden havner innunder denne ordningen dersom prosjektets totalkostnad er under kr.</w:t>
      </w:r>
      <w:r w:rsidR="007A78DE" w:rsidRPr="0047115A">
        <w:rPr>
          <w:lang w:val="nb-NO"/>
        </w:rPr>
        <w:t xml:space="preserve"> </w:t>
      </w:r>
      <w:r w:rsidRPr="0047115A">
        <w:rPr>
          <w:lang w:val="nb-NO"/>
        </w:rPr>
        <w:t>50.000.</w:t>
      </w:r>
    </w:p>
    <w:p w14:paraId="093DFF2A" w14:textId="0B315CEA" w:rsidR="00C220D0" w:rsidRPr="0047115A" w:rsidRDefault="00425252" w:rsidP="007A78DE">
      <w:pPr>
        <w:pStyle w:val="Listeavsnitt"/>
        <w:numPr>
          <w:ilvl w:val="0"/>
          <w:numId w:val="23"/>
        </w:numPr>
        <w:rPr>
          <w:lang w:val="nb-NO"/>
        </w:rPr>
      </w:pPr>
      <w:r w:rsidRPr="0047115A">
        <w:rPr>
          <w:lang w:val="nb-NO"/>
        </w:rPr>
        <w:t>For utstyr: Minimumskostanden for utstyr og utstyrssamlinger det kan søkes til er</w:t>
      </w:r>
      <w:r w:rsidR="007A78DE" w:rsidRPr="0047115A">
        <w:rPr>
          <w:lang w:val="nb-NO"/>
        </w:rPr>
        <w:t xml:space="preserve"> </w:t>
      </w:r>
      <w:r w:rsidRPr="0047115A">
        <w:rPr>
          <w:lang w:val="nb-NO"/>
        </w:rPr>
        <w:t>10.000 kr. Det kan søkes om tilskudd begrenset oppad til 50 % av</w:t>
      </w:r>
      <w:r w:rsidR="007A78DE" w:rsidRPr="0047115A">
        <w:rPr>
          <w:lang w:val="nb-NO"/>
        </w:rPr>
        <w:t xml:space="preserve"> </w:t>
      </w:r>
      <w:r w:rsidRPr="0047115A">
        <w:rPr>
          <w:lang w:val="nb-NO"/>
        </w:rPr>
        <w:t>anskaffelseskostnaden.</w:t>
      </w:r>
    </w:p>
    <w:p w14:paraId="0BDE6D86" w14:textId="6C807F6C" w:rsidR="00C220D0" w:rsidRPr="0047115A" w:rsidRDefault="00425252" w:rsidP="007A78DE">
      <w:pPr>
        <w:pStyle w:val="Listeavsnitt"/>
        <w:numPr>
          <w:ilvl w:val="0"/>
          <w:numId w:val="23"/>
        </w:numPr>
        <w:rPr>
          <w:lang w:val="nb-NO"/>
        </w:rPr>
      </w:pPr>
      <w:r w:rsidRPr="0047115A">
        <w:rPr>
          <w:lang w:val="nb-NO"/>
        </w:rPr>
        <w:t>For bygging eller rehabilitering av anlegg og bygg: Det kan søkes om tilskudd</w:t>
      </w:r>
      <w:r w:rsidR="007A78DE" w:rsidRPr="0047115A">
        <w:rPr>
          <w:lang w:val="nb-NO"/>
        </w:rPr>
        <w:t xml:space="preserve"> </w:t>
      </w:r>
      <w:r w:rsidRPr="0047115A">
        <w:rPr>
          <w:lang w:val="nb-NO"/>
        </w:rPr>
        <w:t>begrenset oppad til 1/3 av anskaffelseskostnaden.</w:t>
      </w:r>
    </w:p>
    <w:p w14:paraId="6F1C5A1C" w14:textId="6F23C2C9" w:rsidR="00C220D0" w:rsidRPr="0047115A" w:rsidRDefault="007A78DE">
      <w:pPr>
        <w:rPr>
          <w:u w:val="single"/>
          <w:lang w:val="nb-NO"/>
        </w:rPr>
      </w:pPr>
      <w:r w:rsidRPr="0047115A">
        <w:rPr>
          <w:u w:val="single"/>
          <w:lang w:val="nb-NO"/>
        </w:rPr>
        <w:br/>
      </w:r>
      <w:r w:rsidR="00425252" w:rsidRPr="0047115A">
        <w:rPr>
          <w:u w:val="single"/>
          <w:lang w:val="nb-NO"/>
        </w:rPr>
        <w:t>Større investeringstilskudd:</w:t>
      </w:r>
    </w:p>
    <w:p w14:paraId="09731E91" w14:textId="77777777" w:rsidR="007A78DE" w:rsidRPr="0047115A" w:rsidRDefault="007A78DE">
      <w:pPr>
        <w:rPr>
          <w:lang w:val="nb-NO"/>
        </w:rPr>
      </w:pPr>
      <w:r w:rsidRPr="0047115A">
        <w:rPr>
          <w:lang w:val="nb-NO"/>
        </w:rPr>
        <w:t xml:space="preserve">Frister: 1. april og 1. oktober </w:t>
      </w:r>
    </w:p>
    <w:p w14:paraId="4DD47B8F" w14:textId="11A19D46" w:rsidR="00C220D0" w:rsidRPr="0047115A" w:rsidRDefault="00425252">
      <w:pPr>
        <w:rPr>
          <w:lang w:val="nb-NO"/>
        </w:rPr>
      </w:pPr>
      <w:r w:rsidRPr="0047115A">
        <w:rPr>
          <w:lang w:val="nb-NO"/>
        </w:rPr>
        <w:t>Søknaden havner innunder denne ordningen dersom prosjektets totalkostnad er på 50.000</w:t>
      </w:r>
      <w:r w:rsidR="007A78DE" w:rsidRPr="0047115A">
        <w:rPr>
          <w:lang w:val="nb-NO"/>
        </w:rPr>
        <w:t xml:space="preserve"> </w:t>
      </w:r>
      <w:r w:rsidRPr="0047115A">
        <w:rPr>
          <w:lang w:val="nb-NO"/>
        </w:rPr>
        <w:t>kr eller mer.</w:t>
      </w:r>
    </w:p>
    <w:p w14:paraId="7F102B55" w14:textId="77777777" w:rsidR="007A78DE" w:rsidRPr="0047115A" w:rsidRDefault="00425252" w:rsidP="007A78DE">
      <w:pPr>
        <w:pStyle w:val="Listeavsnitt"/>
        <w:numPr>
          <w:ilvl w:val="0"/>
          <w:numId w:val="26"/>
        </w:numPr>
        <w:rPr>
          <w:lang w:val="nb-NO"/>
        </w:rPr>
      </w:pPr>
      <w:r w:rsidRPr="0047115A">
        <w:rPr>
          <w:lang w:val="nb-NO"/>
        </w:rPr>
        <w:t>For utstyr: Det kan søkes om tilskudd begrenset oppad til 50 % av</w:t>
      </w:r>
      <w:r w:rsidR="007A78DE" w:rsidRPr="0047115A">
        <w:rPr>
          <w:lang w:val="nb-NO"/>
        </w:rPr>
        <w:t xml:space="preserve"> </w:t>
      </w:r>
      <w:r w:rsidRPr="0047115A">
        <w:rPr>
          <w:lang w:val="nb-NO"/>
        </w:rPr>
        <w:t>anskaffelseskostnaden. Det kan innvilges tilskudd på maksimalt 100.000 kr.</w:t>
      </w:r>
    </w:p>
    <w:p w14:paraId="18C21B93" w14:textId="77777777" w:rsidR="000555A0" w:rsidRPr="0047115A" w:rsidRDefault="00425252" w:rsidP="007A78DE">
      <w:pPr>
        <w:pStyle w:val="Listeavsnitt"/>
        <w:numPr>
          <w:ilvl w:val="0"/>
          <w:numId w:val="26"/>
        </w:numPr>
        <w:rPr>
          <w:lang w:val="nb-NO"/>
        </w:rPr>
      </w:pPr>
      <w:r w:rsidRPr="0047115A">
        <w:rPr>
          <w:lang w:val="nb-NO"/>
        </w:rPr>
        <w:t>For bygging eller rehabilitering av anlegg og bygg som faller inn under statlige</w:t>
      </w:r>
      <w:r w:rsidR="007A78DE" w:rsidRPr="0047115A">
        <w:rPr>
          <w:lang w:val="nb-NO"/>
        </w:rPr>
        <w:t xml:space="preserve"> </w:t>
      </w:r>
      <w:r w:rsidRPr="0047115A">
        <w:rPr>
          <w:lang w:val="nb-NO"/>
        </w:rPr>
        <w:t xml:space="preserve">ordninger: </w:t>
      </w:r>
    </w:p>
    <w:p w14:paraId="13C468CF" w14:textId="54497338" w:rsidR="00C220D0" w:rsidRPr="0047115A" w:rsidRDefault="00425252" w:rsidP="000555A0">
      <w:pPr>
        <w:pStyle w:val="Listeavsnitt"/>
        <w:numPr>
          <w:ilvl w:val="1"/>
          <w:numId w:val="26"/>
        </w:numPr>
        <w:rPr>
          <w:lang w:val="nb-NO"/>
        </w:rPr>
      </w:pPr>
      <w:r w:rsidRPr="0047115A">
        <w:rPr>
          <w:lang w:val="nb-NO"/>
        </w:rPr>
        <w:t xml:space="preserve">Det kan </w:t>
      </w:r>
      <w:r w:rsidR="000555A0" w:rsidRPr="0047115A">
        <w:rPr>
          <w:lang w:val="nb-NO"/>
        </w:rPr>
        <w:t xml:space="preserve">normalt </w:t>
      </w:r>
      <w:r w:rsidRPr="0047115A">
        <w:rPr>
          <w:lang w:val="nb-NO"/>
        </w:rPr>
        <w:t>søkes om tilskudd begrenset oppad til 10 % av utbyggings</w:t>
      </w:r>
      <w:r w:rsidR="00D46AF7" w:rsidRPr="0047115A">
        <w:rPr>
          <w:lang w:val="nb-NO"/>
        </w:rPr>
        <w:t>/</w:t>
      </w:r>
      <w:r w:rsidRPr="0047115A">
        <w:rPr>
          <w:lang w:val="nb-NO"/>
        </w:rPr>
        <w:t>anskaffelseskostnaden. Det kan innvilges tilskudd på maksimalt 500.000 kr.</w:t>
      </w:r>
      <w:r w:rsidR="000555A0" w:rsidRPr="0047115A">
        <w:rPr>
          <w:lang w:val="nb-NO"/>
        </w:rPr>
        <w:t xml:space="preserve"> </w:t>
      </w:r>
    </w:p>
    <w:p w14:paraId="4FC23487" w14:textId="4BD9273D" w:rsidR="000555A0" w:rsidRPr="0047115A" w:rsidRDefault="000555A0" w:rsidP="000555A0">
      <w:pPr>
        <w:pStyle w:val="Listeavsnitt"/>
        <w:numPr>
          <w:ilvl w:val="1"/>
          <w:numId w:val="26"/>
        </w:numPr>
        <w:rPr>
          <w:lang w:val="nb-NO"/>
        </w:rPr>
      </w:pPr>
      <w:r w:rsidRPr="0047115A">
        <w:rPr>
          <w:lang w:val="nb-NO"/>
        </w:rPr>
        <w:lastRenderedPageBreak/>
        <w:t xml:space="preserve">Dersom det omsøkte anlegget </w:t>
      </w:r>
      <w:r w:rsidR="00EB05AD" w:rsidRPr="0047115A">
        <w:rPr>
          <w:lang w:val="nb-NO"/>
        </w:rPr>
        <w:t xml:space="preserve">fast </w:t>
      </w:r>
      <w:r w:rsidRPr="0047115A">
        <w:rPr>
          <w:lang w:val="nb-NO"/>
        </w:rPr>
        <w:t xml:space="preserve">benyttes av </w:t>
      </w:r>
      <w:r w:rsidR="00EB05AD" w:rsidRPr="0047115A">
        <w:rPr>
          <w:lang w:val="nb-NO"/>
        </w:rPr>
        <w:t>barnehager eller skoler, og søker kan vise til dette, kan man søke om opptil 15 % av utbyggings/anskaffelseskostnaden</w:t>
      </w:r>
      <w:r w:rsidR="005907CD" w:rsidRPr="0047115A">
        <w:rPr>
          <w:lang w:val="nb-NO"/>
        </w:rPr>
        <w:t xml:space="preserve">. Det kan innvilges tilskudd på maksimalt 750.000 kr. </w:t>
      </w:r>
    </w:p>
    <w:p w14:paraId="0ACBB0A7" w14:textId="55A68F22" w:rsidR="00C220D0" w:rsidRPr="0047115A" w:rsidRDefault="00425252" w:rsidP="00D46AF7">
      <w:pPr>
        <w:pStyle w:val="Listeavsnitt"/>
        <w:numPr>
          <w:ilvl w:val="0"/>
          <w:numId w:val="26"/>
        </w:numPr>
        <w:rPr>
          <w:lang w:val="nb-NO"/>
        </w:rPr>
      </w:pPr>
      <w:r w:rsidRPr="0047115A">
        <w:rPr>
          <w:lang w:val="nb-NO"/>
        </w:rPr>
        <w:t>For bygging eller rehabilitering av anlegg og bygg som ikke faller inn under statlige</w:t>
      </w:r>
      <w:r w:rsidR="00D46AF7" w:rsidRPr="0047115A">
        <w:rPr>
          <w:lang w:val="nb-NO"/>
        </w:rPr>
        <w:t xml:space="preserve"> </w:t>
      </w:r>
      <w:r w:rsidRPr="0047115A">
        <w:rPr>
          <w:lang w:val="nb-NO"/>
        </w:rPr>
        <w:t>ordninger: Det kan søkes om tilskudd begrenset oppad til 1/3 av utbyggings/anskaffelseskostnaden. Det kan innvilges tilskudd på maksimalt 300.000 kr.</w:t>
      </w:r>
    </w:p>
    <w:p w14:paraId="39E19A67" w14:textId="77777777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Krav til søker:</w:t>
      </w:r>
    </w:p>
    <w:p w14:paraId="1EED2DFF" w14:textId="3F82A96F" w:rsidR="00C220D0" w:rsidRPr="0047115A" w:rsidRDefault="00425252" w:rsidP="00D46AF7">
      <w:pPr>
        <w:pStyle w:val="Listeavsnitt"/>
        <w:numPr>
          <w:ilvl w:val="0"/>
          <w:numId w:val="23"/>
        </w:numPr>
        <w:rPr>
          <w:lang w:val="nb-NO"/>
        </w:rPr>
      </w:pPr>
      <w:r w:rsidRPr="0047115A">
        <w:rPr>
          <w:lang w:val="nb-NO"/>
        </w:rPr>
        <w:t>Det må legges ved forpliktende vedtak fra søkerens besluttende instans</w:t>
      </w:r>
    </w:p>
    <w:p w14:paraId="0C0A5B8B" w14:textId="3F1B59E4" w:rsidR="00C220D0" w:rsidRPr="0047115A" w:rsidRDefault="00425252" w:rsidP="00D46AF7">
      <w:pPr>
        <w:pStyle w:val="Listeavsnitt"/>
        <w:numPr>
          <w:ilvl w:val="0"/>
          <w:numId w:val="23"/>
        </w:numPr>
        <w:rPr>
          <w:lang w:val="nb-NO"/>
        </w:rPr>
      </w:pPr>
      <w:r w:rsidRPr="0047115A">
        <w:rPr>
          <w:lang w:val="nb-NO"/>
        </w:rPr>
        <w:t>Dokumentasjon på eiendomsrett på minimum fem år (gjelder anlegg og bygg)</w:t>
      </w:r>
    </w:p>
    <w:p w14:paraId="0466970D" w14:textId="707B794E" w:rsidR="00C220D0" w:rsidRPr="0047115A" w:rsidRDefault="00425252" w:rsidP="00D46AF7">
      <w:pPr>
        <w:pStyle w:val="Listeavsnitt"/>
        <w:numPr>
          <w:ilvl w:val="0"/>
          <w:numId w:val="23"/>
        </w:numPr>
        <w:rPr>
          <w:lang w:val="nb-NO"/>
        </w:rPr>
      </w:pPr>
      <w:r w:rsidRPr="0047115A">
        <w:rPr>
          <w:lang w:val="nb-NO"/>
        </w:rPr>
        <w:t>Dokumentasjon på annen finansiering utover offentlig tilskudd</w:t>
      </w:r>
    </w:p>
    <w:p w14:paraId="6EBD7FFF" w14:textId="0B0C3FFC" w:rsidR="00C220D0" w:rsidRPr="0047115A" w:rsidRDefault="00425252" w:rsidP="00D46AF7">
      <w:pPr>
        <w:pStyle w:val="Listeavsnitt"/>
        <w:numPr>
          <w:ilvl w:val="0"/>
          <w:numId w:val="23"/>
        </w:numPr>
        <w:rPr>
          <w:lang w:val="nb-NO"/>
        </w:rPr>
      </w:pPr>
      <w:r w:rsidRPr="0047115A">
        <w:rPr>
          <w:lang w:val="nb-NO"/>
        </w:rPr>
        <w:t>Tegning og/eller bilde av tiltaket</w:t>
      </w:r>
    </w:p>
    <w:p w14:paraId="76E45544" w14:textId="423A7133" w:rsidR="00C220D0" w:rsidRPr="0047115A" w:rsidRDefault="00425252" w:rsidP="00D46AF7">
      <w:pPr>
        <w:pStyle w:val="Listeavsnitt"/>
        <w:numPr>
          <w:ilvl w:val="0"/>
          <w:numId w:val="23"/>
        </w:numPr>
        <w:rPr>
          <w:lang w:val="nb-NO"/>
        </w:rPr>
      </w:pPr>
      <w:r w:rsidRPr="0047115A">
        <w:rPr>
          <w:lang w:val="nb-NO"/>
        </w:rPr>
        <w:t>Budsjett- og finansieringsplan</w:t>
      </w:r>
    </w:p>
    <w:p w14:paraId="30A806D1" w14:textId="6869894F" w:rsidR="00C220D0" w:rsidRPr="0047115A" w:rsidRDefault="00425252" w:rsidP="00D46AF7">
      <w:pPr>
        <w:pStyle w:val="Listeavsnitt"/>
        <w:numPr>
          <w:ilvl w:val="0"/>
          <w:numId w:val="23"/>
        </w:numPr>
        <w:rPr>
          <w:lang w:val="nb-NO"/>
        </w:rPr>
      </w:pPr>
      <w:r w:rsidRPr="0047115A">
        <w:rPr>
          <w:lang w:val="nb-NO"/>
        </w:rPr>
        <w:t>Beskrivelse av tiltaket</w:t>
      </w:r>
    </w:p>
    <w:p w14:paraId="391A562B" w14:textId="77777777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Det gis ikke støtte til:</w:t>
      </w:r>
    </w:p>
    <w:p w14:paraId="42688C15" w14:textId="0A03EE15" w:rsidR="00C220D0" w:rsidRPr="0047115A" w:rsidRDefault="00425252" w:rsidP="00D46AF7">
      <w:pPr>
        <w:pStyle w:val="Listeavsnitt"/>
        <w:numPr>
          <w:ilvl w:val="0"/>
          <w:numId w:val="23"/>
        </w:numPr>
        <w:rPr>
          <w:lang w:val="nb-NO"/>
        </w:rPr>
      </w:pPr>
      <w:r w:rsidRPr="0047115A">
        <w:rPr>
          <w:lang w:val="nb-NO"/>
        </w:rPr>
        <w:t>Personlig utstyr</w:t>
      </w:r>
    </w:p>
    <w:p w14:paraId="3FD2E103" w14:textId="13192347" w:rsidR="00C220D0" w:rsidRPr="0047115A" w:rsidRDefault="00425252" w:rsidP="00D46AF7">
      <w:pPr>
        <w:pStyle w:val="Listeavsnitt"/>
        <w:numPr>
          <w:ilvl w:val="0"/>
          <w:numId w:val="23"/>
        </w:numPr>
        <w:rPr>
          <w:lang w:val="nb-NO"/>
        </w:rPr>
      </w:pPr>
      <w:r w:rsidRPr="0047115A">
        <w:rPr>
          <w:lang w:val="nb-NO"/>
        </w:rPr>
        <w:t>Lokaler av utpreget kommersiell karakter</w:t>
      </w:r>
    </w:p>
    <w:p w14:paraId="180F12B3" w14:textId="24EC5D84" w:rsidR="00C220D0" w:rsidRPr="0047115A" w:rsidRDefault="00425252" w:rsidP="00D46AF7">
      <w:pPr>
        <w:pStyle w:val="Listeavsnitt"/>
        <w:numPr>
          <w:ilvl w:val="0"/>
          <w:numId w:val="23"/>
        </w:numPr>
        <w:rPr>
          <w:lang w:val="nb-NO"/>
        </w:rPr>
      </w:pPr>
      <w:r w:rsidRPr="0047115A">
        <w:rPr>
          <w:lang w:val="nb-NO"/>
        </w:rPr>
        <w:t>Lokaler som ikke skal drives til idretts- eller kulturformål</w:t>
      </w:r>
    </w:p>
    <w:p w14:paraId="154D1201" w14:textId="4D97385E" w:rsidR="00C220D0" w:rsidRPr="0047115A" w:rsidRDefault="00425252" w:rsidP="00D46AF7">
      <w:pPr>
        <w:pStyle w:val="Listeavsnitt"/>
        <w:numPr>
          <w:ilvl w:val="0"/>
          <w:numId w:val="23"/>
        </w:numPr>
        <w:rPr>
          <w:lang w:val="nb-NO"/>
        </w:rPr>
      </w:pPr>
      <w:r w:rsidRPr="0047115A">
        <w:rPr>
          <w:lang w:val="nb-NO"/>
        </w:rPr>
        <w:t>Privatpersoner</w:t>
      </w:r>
    </w:p>
    <w:p w14:paraId="61FFE865" w14:textId="77777777" w:rsidR="00D46AF7" w:rsidRPr="0047115A" w:rsidRDefault="00D46AF7">
      <w:pPr>
        <w:rPr>
          <w:lang w:val="nb-NO"/>
        </w:rPr>
      </w:pPr>
    </w:p>
    <w:p w14:paraId="48B873F3" w14:textId="4DFC456B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Andre merknader:</w:t>
      </w:r>
    </w:p>
    <w:p w14:paraId="5A667815" w14:textId="42812FDB" w:rsidR="00C220D0" w:rsidRPr="0047115A" w:rsidRDefault="00425252">
      <w:pPr>
        <w:rPr>
          <w:lang w:val="nb-NO"/>
        </w:rPr>
      </w:pPr>
      <w:r w:rsidRPr="0047115A">
        <w:rPr>
          <w:lang w:val="nb-NO"/>
        </w:rPr>
        <w:t>Anlegg, bygg eller faste installasjoner (utstyr) det er gitt tilskudd til for mindre enn fem år</w:t>
      </w:r>
      <w:r w:rsidR="00D46AF7" w:rsidRPr="0047115A">
        <w:rPr>
          <w:lang w:val="nb-NO"/>
        </w:rPr>
        <w:t xml:space="preserve"> </w:t>
      </w:r>
      <w:r w:rsidRPr="0047115A">
        <w:rPr>
          <w:lang w:val="nb-NO"/>
        </w:rPr>
        <w:t>siden, kan ikke rives eller overdras til andre uten forutgående godkjenning fra Sarpsborg</w:t>
      </w:r>
      <w:r w:rsidR="00D46AF7" w:rsidRPr="0047115A">
        <w:rPr>
          <w:lang w:val="nb-NO"/>
        </w:rPr>
        <w:t xml:space="preserve"> </w:t>
      </w:r>
      <w:r w:rsidRPr="0047115A">
        <w:rPr>
          <w:lang w:val="nb-NO"/>
        </w:rPr>
        <w:t>kommune. Det kan ikke gis tilskudd utover maksimumsrammen til samme formål, før det er</w:t>
      </w:r>
      <w:r w:rsidR="00D46AF7" w:rsidRPr="0047115A">
        <w:rPr>
          <w:lang w:val="nb-NO"/>
        </w:rPr>
        <w:t xml:space="preserve"> </w:t>
      </w:r>
      <w:r w:rsidRPr="0047115A">
        <w:rPr>
          <w:lang w:val="nb-NO"/>
        </w:rPr>
        <w:t>gått minimum 10 år fra forrige tildeling. Tilsagnet er gjeldende i to år fra den dato søkeren er</w:t>
      </w:r>
      <w:r w:rsidR="00D46AF7" w:rsidRPr="0047115A">
        <w:rPr>
          <w:lang w:val="nb-NO"/>
        </w:rPr>
        <w:t xml:space="preserve"> </w:t>
      </w:r>
      <w:r w:rsidRPr="0047115A">
        <w:rPr>
          <w:lang w:val="nb-NO"/>
        </w:rPr>
        <w:t>orientert om tilsagnet. Det kan forlenges dersom det fremmes en søknad om dette.</w:t>
      </w:r>
    </w:p>
    <w:p w14:paraId="28199931" w14:textId="77777777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Saksbehandling og utbetaling:</w:t>
      </w:r>
    </w:p>
    <w:p w14:paraId="799B9593" w14:textId="3DF98438" w:rsidR="00C220D0" w:rsidRPr="0047115A" w:rsidRDefault="00425252">
      <w:pPr>
        <w:rPr>
          <w:lang w:val="nb-NO"/>
        </w:rPr>
      </w:pPr>
      <w:r w:rsidRPr="0047115A">
        <w:rPr>
          <w:lang w:val="nb-NO"/>
        </w:rPr>
        <w:t>Mindre investeringstilskudd behandles administrativt, og utbetales så snart tiltaket er</w:t>
      </w:r>
      <w:r w:rsidR="00D46AF7" w:rsidRPr="0047115A">
        <w:rPr>
          <w:lang w:val="nb-NO"/>
        </w:rPr>
        <w:t xml:space="preserve"> </w:t>
      </w:r>
      <w:r w:rsidRPr="0047115A">
        <w:rPr>
          <w:lang w:val="nb-NO"/>
        </w:rPr>
        <w:t>gjennomført og det legges frem revidert regnskap for prosjektet.</w:t>
      </w:r>
    </w:p>
    <w:p w14:paraId="350C31D1" w14:textId="4499EB04" w:rsidR="00C220D0" w:rsidRPr="0047115A" w:rsidRDefault="00425252">
      <w:pPr>
        <w:rPr>
          <w:lang w:val="nb-NO"/>
        </w:rPr>
      </w:pPr>
      <w:r w:rsidRPr="0047115A">
        <w:rPr>
          <w:lang w:val="nb-NO"/>
        </w:rPr>
        <w:t>Større investeringstilskudd behandles politisk. Det gjøres først en administrativ vurdering av</w:t>
      </w:r>
      <w:r w:rsidR="00D46AF7" w:rsidRPr="0047115A">
        <w:rPr>
          <w:lang w:val="nb-NO"/>
        </w:rPr>
        <w:t xml:space="preserve"> </w:t>
      </w:r>
      <w:r w:rsidRPr="0047115A">
        <w:rPr>
          <w:lang w:val="nb-NO"/>
        </w:rPr>
        <w:t>søknaden, før den legges frem til politisk behandling i utvalg for kultur og oppvekst.</w:t>
      </w:r>
      <w:r w:rsidR="00D46AF7" w:rsidRPr="0047115A">
        <w:rPr>
          <w:lang w:val="nb-NO"/>
        </w:rPr>
        <w:t xml:space="preserve"> </w:t>
      </w:r>
      <w:r w:rsidRPr="0047115A">
        <w:rPr>
          <w:lang w:val="nb-NO"/>
        </w:rPr>
        <w:t>Tilskuddet utbetales så snart vedtak fra utvalget foreligger.</w:t>
      </w:r>
    </w:p>
    <w:p w14:paraId="25A1C39D" w14:textId="167BAE20" w:rsidR="00C220D0" w:rsidRPr="0047115A" w:rsidRDefault="00425252">
      <w:pPr>
        <w:rPr>
          <w:lang w:val="nb-NO"/>
        </w:rPr>
      </w:pPr>
      <w:r w:rsidRPr="0047115A">
        <w:rPr>
          <w:lang w:val="nb-NO"/>
        </w:rPr>
        <w:lastRenderedPageBreak/>
        <w:t>For tiltak der statlige spillemidler er en del av finansieringen, følges kulturdepartementets</w:t>
      </w:r>
      <w:r w:rsidR="00D46AF7" w:rsidRPr="0047115A">
        <w:rPr>
          <w:lang w:val="nb-NO"/>
        </w:rPr>
        <w:t xml:space="preserve"> </w:t>
      </w:r>
      <w:r w:rsidRPr="0047115A">
        <w:rPr>
          <w:lang w:val="nb-NO"/>
        </w:rPr>
        <w:t>regelverk for regnskapsføring og revisjon. Det kan, etter søknad fra tilskuddsmottaker,</w:t>
      </w:r>
      <w:r w:rsidR="00D46AF7" w:rsidRPr="0047115A">
        <w:rPr>
          <w:lang w:val="nb-NO"/>
        </w:rPr>
        <w:t xml:space="preserve"> </w:t>
      </w:r>
      <w:r w:rsidRPr="0047115A">
        <w:rPr>
          <w:lang w:val="nb-NO"/>
        </w:rPr>
        <w:t>utbetales inntil 80 % av innvilget tilskudd før tiltaket er gjennomført.</w:t>
      </w:r>
    </w:p>
    <w:p w14:paraId="49DA2C1C" w14:textId="5507D363" w:rsidR="00C220D0" w:rsidRPr="0047115A" w:rsidRDefault="00D46AF7">
      <w:pPr>
        <w:rPr>
          <w:b/>
          <w:bCs/>
          <w:lang w:val="nb-NO"/>
        </w:rPr>
      </w:pPr>
      <w:r w:rsidRPr="0047115A">
        <w:rPr>
          <w:lang w:val="nb-NO"/>
        </w:rPr>
        <w:br w:type="column"/>
      </w:r>
      <w:r w:rsidR="00425252" w:rsidRPr="0047115A">
        <w:rPr>
          <w:b/>
          <w:bCs/>
          <w:lang w:val="nb-NO"/>
        </w:rPr>
        <w:lastRenderedPageBreak/>
        <w:t>Tilskudd til medlems- og treningsavgift</w:t>
      </w:r>
    </w:p>
    <w:p w14:paraId="1352F7A5" w14:textId="4D4F2046" w:rsidR="00C220D0" w:rsidRPr="0047115A" w:rsidRDefault="00425252">
      <w:pPr>
        <w:rPr>
          <w:lang w:val="nb-NO"/>
        </w:rPr>
      </w:pPr>
      <w:r w:rsidRPr="0047115A">
        <w:rPr>
          <w:lang w:val="nb-NO"/>
        </w:rPr>
        <w:t>Tilskuddet skal bidra til at barn og unge i Sarpsborg kommune får mulighet til å delta i</w:t>
      </w:r>
      <w:r w:rsidR="00996F4B" w:rsidRPr="0047115A">
        <w:rPr>
          <w:lang w:val="nb-NO"/>
        </w:rPr>
        <w:t xml:space="preserve"> </w:t>
      </w:r>
      <w:r w:rsidRPr="0047115A">
        <w:rPr>
          <w:lang w:val="nb-NO"/>
        </w:rPr>
        <w:t xml:space="preserve">organisert fritidsaktivitet, uavhengig av økonomisk og sosial situasjon. Søknaden </w:t>
      </w:r>
      <w:r w:rsidR="002E265C" w:rsidRPr="0047115A">
        <w:rPr>
          <w:lang w:val="nb-NO"/>
        </w:rPr>
        <w:t xml:space="preserve">skal </w:t>
      </w:r>
      <w:r w:rsidR="005F0EB8" w:rsidRPr="0047115A">
        <w:rPr>
          <w:lang w:val="nb-NO"/>
        </w:rPr>
        <w:t>gjelde</w:t>
      </w:r>
      <w:r w:rsidR="002E265C" w:rsidRPr="0047115A">
        <w:rPr>
          <w:lang w:val="nb-NO"/>
        </w:rPr>
        <w:t xml:space="preserve"> </w:t>
      </w:r>
      <w:r w:rsidRPr="0047115A">
        <w:rPr>
          <w:lang w:val="nb-NO"/>
        </w:rPr>
        <w:t>medlems- og treningsavgift i fritidsorganisasjoner innenfor idrett, kultur eller</w:t>
      </w:r>
      <w:r w:rsidR="00996F4B" w:rsidRPr="0047115A">
        <w:rPr>
          <w:lang w:val="nb-NO"/>
        </w:rPr>
        <w:t xml:space="preserve"> </w:t>
      </w:r>
      <w:r w:rsidRPr="0047115A">
        <w:rPr>
          <w:lang w:val="nb-NO"/>
        </w:rPr>
        <w:t>andre organiserte aktiviteter som har barn og unge t.o.m. 19 år som målgruppe.</w:t>
      </w:r>
      <w:r w:rsidR="00F050AC" w:rsidRPr="0047115A">
        <w:rPr>
          <w:lang w:val="nb-NO"/>
        </w:rPr>
        <w:t xml:space="preserve"> Målgruppen er deltagere som ikke har mulighet til å betale for medlemskontigent og/eller treningsavgift</w:t>
      </w:r>
      <w:r w:rsidR="005F0EB8" w:rsidRPr="0047115A">
        <w:rPr>
          <w:lang w:val="nb-NO"/>
        </w:rPr>
        <w:t>.</w:t>
      </w:r>
      <w:r w:rsidR="00F050AC" w:rsidRPr="0047115A">
        <w:rPr>
          <w:lang w:val="nb-NO"/>
        </w:rPr>
        <w:t xml:space="preserve"> </w:t>
      </w:r>
      <w:r w:rsidR="005F0EB8" w:rsidRPr="0047115A">
        <w:rPr>
          <w:lang w:val="nb-NO"/>
        </w:rPr>
        <w:t>D</w:t>
      </w:r>
      <w:r w:rsidR="00F050AC" w:rsidRPr="0047115A">
        <w:rPr>
          <w:lang w:val="nb-NO"/>
        </w:rPr>
        <w:t xml:space="preserve">et er organisasjonen som skal søke, ikke enkeltmedlemmer. </w:t>
      </w:r>
    </w:p>
    <w:p w14:paraId="70F32711" w14:textId="77777777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Det kan søkes om:</w:t>
      </w:r>
    </w:p>
    <w:p w14:paraId="3B2EA4DF" w14:textId="0A70224A" w:rsidR="00C220D0" w:rsidRPr="0047115A" w:rsidRDefault="00425252">
      <w:pPr>
        <w:rPr>
          <w:lang w:val="nb-NO"/>
        </w:rPr>
      </w:pPr>
      <w:r w:rsidRPr="0047115A">
        <w:rPr>
          <w:lang w:val="nb-NO"/>
        </w:rPr>
        <w:t>Inntil 3000 kroner per medlem</w:t>
      </w:r>
      <w:r w:rsidR="005F0EB8" w:rsidRPr="0047115A">
        <w:rPr>
          <w:lang w:val="nb-NO"/>
        </w:rPr>
        <w:t>.</w:t>
      </w:r>
    </w:p>
    <w:p w14:paraId="0777D5DB" w14:textId="77777777" w:rsidR="00C220D0" w:rsidRPr="0047115A" w:rsidRDefault="00425252">
      <w:pPr>
        <w:rPr>
          <w:lang w:val="nb-NO"/>
        </w:rPr>
      </w:pPr>
      <w:r w:rsidRPr="0047115A">
        <w:rPr>
          <w:lang w:val="nb-NO"/>
        </w:rPr>
        <w:t>Frist: 1. april og 1. oktober</w:t>
      </w:r>
    </w:p>
    <w:p w14:paraId="1B53FA0B" w14:textId="76975485" w:rsidR="00C220D0" w:rsidRPr="0047115A" w:rsidRDefault="00B53065">
      <w:pPr>
        <w:rPr>
          <w:u w:val="single"/>
          <w:lang w:val="nb-NO"/>
        </w:rPr>
      </w:pPr>
      <w:r w:rsidRPr="0047115A">
        <w:rPr>
          <w:u w:val="single"/>
          <w:lang w:val="nb-NO"/>
        </w:rPr>
        <w:t>Hvordan søke:</w:t>
      </w:r>
    </w:p>
    <w:p w14:paraId="1FF79896" w14:textId="657265F7" w:rsidR="00996F4B" w:rsidRPr="0047115A" w:rsidRDefault="00425252">
      <w:pPr>
        <w:rPr>
          <w:lang w:val="nb-NO"/>
        </w:rPr>
      </w:pPr>
      <w:r w:rsidRPr="0047115A">
        <w:rPr>
          <w:lang w:val="nb-NO"/>
        </w:rPr>
        <w:t>Åpne og demokratisk sammensatte organisasjoner/lag/foreninger kan søke på vegne av</w:t>
      </w:r>
      <w:r w:rsidR="00295282" w:rsidRPr="0047115A">
        <w:rPr>
          <w:lang w:val="nb-NO"/>
        </w:rPr>
        <w:t xml:space="preserve"> </w:t>
      </w:r>
      <w:r w:rsidRPr="0047115A">
        <w:rPr>
          <w:lang w:val="nb-NO"/>
        </w:rPr>
        <w:t>medlem/medlemmets familie</w:t>
      </w:r>
      <w:r w:rsidR="00295282" w:rsidRPr="0047115A">
        <w:rPr>
          <w:lang w:val="nb-NO"/>
        </w:rPr>
        <w:t>.</w:t>
      </w:r>
      <w:r w:rsidRPr="0047115A">
        <w:rPr>
          <w:lang w:val="nb-NO"/>
        </w:rPr>
        <w:t xml:space="preserve"> </w:t>
      </w:r>
    </w:p>
    <w:p w14:paraId="47C6DA03" w14:textId="77777777" w:rsidR="00645535" w:rsidRPr="0047115A" w:rsidRDefault="001B06DA">
      <w:pPr>
        <w:rPr>
          <w:b/>
          <w:bCs/>
          <w:lang w:val="nb-NO"/>
        </w:rPr>
      </w:pPr>
      <w:r w:rsidRPr="0047115A">
        <w:rPr>
          <w:b/>
          <w:bCs/>
          <w:lang w:val="nb-NO"/>
        </w:rPr>
        <w:t>Organisasjonen som søker må ha minst én miljøkontakt</w:t>
      </w:r>
      <w:r w:rsidR="00DC602F" w:rsidRPr="0047115A">
        <w:rPr>
          <w:b/>
          <w:bCs/>
          <w:lang w:val="nb-NO"/>
        </w:rPr>
        <w:t xml:space="preserve"> som forplikter seg til å følge kommunens veileder for miljøkontakter</w:t>
      </w:r>
      <w:r w:rsidR="00E841D9" w:rsidRPr="0047115A">
        <w:rPr>
          <w:b/>
          <w:bCs/>
          <w:lang w:val="nb-NO"/>
        </w:rPr>
        <w:t>, samt deltakelse på en årlig kurskveld i regi av Sarpsborg kommune</w:t>
      </w:r>
      <w:r w:rsidRPr="0047115A">
        <w:rPr>
          <w:b/>
          <w:bCs/>
          <w:lang w:val="nb-NO"/>
        </w:rPr>
        <w:t xml:space="preserve">. </w:t>
      </w:r>
      <w:r w:rsidR="00E841D9" w:rsidRPr="0047115A">
        <w:rPr>
          <w:b/>
          <w:bCs/>
          <w:lang w:val="nb-NO"/>
        </w:rPr>
        <w:t>Miljøkontakten</w:t>
      </w:r>
      <w:r w:rsidRPr="0047115A">
        <w:rPr>
          <w:b/>
          <w:bCs/>
          <w:lang w:val="nb-NO"/>
        </w:rPr>
        <w:t xml:space="preserve"> skal arbeide aktivt med inkluderingsarbeid og ha nær og tett oppfølging med de familiene som omfattes av ordningen, for å sikre at den er mest mulig treffsikker.</w:t>
      </w:r>
    </w:p>
    <w:p w14:paraId="235E47BE" w14:textId="32A69003" w:rsidR="001B06DA" w:rsidRPr="0047115A" w:rsidRDefault="00645535">
      <w:pPr>
        <w:rPr>
          <w:lang w:val="nb-NO"/>
        </w:rPr>
      </w:pPr>
      <w:r w:rsidRPr="0047115A">
        <w:rPr>
          <w:lang w:val="nb-NO"/>
        </w:rPr>
        <w:t>Ved førstegangssøknader eller i foreninger med få tilskuddsmottakere kan styreleder eller annen ansvarlig representant fungere som miljøkontakt uten at alle krav til kurs og oppfølging er oppfylt.</w:t>
      </w:r>
    </w:p>
    <w:p w14:paraId="0F3D385E" w14:textId="5E5E9048" w:rsidR="00C220D0" w:rsidRPr="0047115A" w:rsidRDefault="00425252">
      <w:pPr>
        <w:rPr>
          <w:lang w:val="nb-NO"/>
        </w:rPr>
      </w:pPr>
      <w:r w:rsidRPr="0047115A">
        <w:rPr>
          <w:lang w:val="nb-NO"/>
        </w:rPr>
        <w:t>Andre voksne rundt barne</w:t>
      </w:r>
      <w:r w:rsidR="00996F4B" w:rsidRPr="0047115A">
        <w:rPr>
          <w:lang w:val="nb-NO"/>
        </w:rPr>
        <w:t>t</w:t>
      </w:r>
      <w:r w:rsidRPr="0047115A">
        <w:rPr>
          <w:lang w:val="nb-NO"/>
        </w:rPr>
        <w:t>,</w:t>
      </w:r>
      <w:r w:rsidR="00996F4B" w:rsidRPr="0047115A">
        <w:rPr>
          <w:lang w:val="nb-NO"/>
        </w:rPr>
        <w:t xml:space="preserve"> </w:t>
      </w:r>
      <w:r w:rsidRPr="0047115A">
        <w:rPr>
          <w:lang w:val="nb-NO"/>
        </w:rPr>
        <w:t>for eksempel lærere, andre ansatte i skolen, helsesykepleier, kan kontakte aktuelle lag og</w:t>
      </w:r>
      <w:r w:rsidR="00996F4B" w:rsidRPr="0047115A">
        <w:rPr>
          <w:lang w:val="nb-NO"/>
        </w:rPr>
        <w:t xml:space="preserve"> </w:t>
      </w:r>
      <w:r w:rsidRPr="0047115A">
        <w:rPr>
          <w:lang w:val="nb-NO"/>
        </w:rPr>
        <w:t>foreninger og be dem om å søke for en deltaker.</w:t>
      </w:r>
    </w:p>
    <w:p w14:paraId="1C4D042C" w14:textId="2F8558FB" w:rsidR="00C220D0" w:rsidRPr="0047115A" w:rsidRDefault="00425252">
      <w:pPr>
        <w:rPr>
          <w:lang w:val="nb-NO"/>
        </w:rPr>
      </w:pPr>
      <w:r w:rsidRPr="0047115A">
        <w:rPr>
          <w:lang w:val="nb-NO"/>
        </w:rPr>
        <w:t>Familier som ønsker å benytte seg av denne ordningen kan ta direkte kontakt med aktuell</w:t>
      </w:r>
      <w:r w:rsidR="00295282" w:rsidRPr="0047115A">
        <w:rPr>
          <w:lang w:val="nb-NO"/>
        </w:rPr>
        <w:t xml:space="preserve"> </w:t>
      </w:r>
      <w:r w:rsidRPr="0047115A">
        <w:rPr>
          <w:lang w:val="nb-NO"/>
        </w:rPr>
        <w:t>forening, eller kontakte lærer på skolen der barnet/ungdommen går, så vil de kunne bistå.</w:t>
      </w:r>
    </w:p>
    <w:p w14:paraId="596D8BDE" w14:textId="5CA41497" w:rsidR="00C220D0" w:rsidRPr="0047115A" w:rsidRDefault="00425252">
      <w:pPr>
        <w:rPr>
          <w:lang w:val="nb-NO"/>
        </w:rPr>
      </w:pPr>
      <w:r w:rsidRPr="0047115A">
        <w:rPr>
          <w:lang w:val="nb-NO"/>
        </w:rPr>
        <w:t>Lag/foreninger i Sarpsborg kan også søke for medlemmer utenfor kommunen, forutsatt at</w:t>
      </w:r>
      <w:r w:rsidR="00295282" w:rsidRPr="0047115A">
        <w:rPr>
          <w:lang w:val="nb-NO"/>
        </w:rPr>
        <w:t xml:space="preserve"> </w:t>
      </w:r>
      <w:r w:rsidRPr="0047115A">
        <w:rPr>
          <w:lang w:val="nb-NO"/>
        </w:rPr>
        <w:t>foreningen selv har tilhørighet i Sarpsborg.</w:t>
      </w:r>
    </w:p>
    <w:p w14:paraId="5A9B9698" w14:textId="2FFB42A1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Krav til søk</w:t>
      </w:r>
      <w:r w:rsidR="00F050AC" w:rsidRPr="0047115A">
        <w:rPr>
          <w:u w:val="single"/>
          <w:lang w:val="nb-NO"/>
        </w:rPr>
        <w:t>er</w:t>
      </w:r>
      <w:r w:rsidRPr="0047115A">
        <w:rPr>
          <w:u w:val="single"/>
          <w:lang w:val="nb-NO"/>
        </w:rPr>
        <w:t>:</w:t>
      </w:r>
    </w:p>
    <w:p w14:paraId="2D3D6F14" w14:textId="3218C89B" w:rsidR="00C220D0" w:rsidRPr="0047115A" w:rsidRDefault="00425252" w:rsidP="00295282">
      <w:pPr>
        <w:pStyle w:val="Listeavsnitt"/>
        <w:numPr>
          <w:ilvl w:val="0"/>
          <w:numId w:val="23"/>
        </w:numPr>
        <w:rPr>
          <w:lang w:val="nb-NO"/>
        </w:rPr>
      </w:pPr>
      <w:r w:rsidRPr="0047115A">
        <w:rPr>
          <w:lang w:val="nb-NO"/>
        </w:rPr>
        <w:t>Søker må dokumentere at organisasjonen har medlemsavgift, og vise til prisen på</w:t>
      </w:r>
      <w:r w:rsidR="00295282" w:rsidRPr="0047115A">
        <w:rPr>
          <w:lang w:val="nb-NO"/>
        </w:rPr>
        <w:t xml:space="preserve"> </w:t>
      </w:r>
      <w:r w:rsidRPr="0047115A">
        <w:rPr>
          <w:lang w:val="nb-NO"/>
        </w:rPr>
        <w:t>denne, samt antall medlemmer i organisasjonen</w:t>
      </w:r>
    </w:p>
    <w:p w14:paraId="28DB2464" w14:textId="35DE9558" w:rsidR="00C220D0" w:rsidRPr="0047115A" w:rsidRDefault="00425252" w:rsidP="00295282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Det behøves ingen dokumentasjon for å bekrefte medlemmets betalingsevne</w:t>
      </w:r>
    </w:p>
    <w:p w14:paraId="59EAE2A2" w14:textId="0B140C82" w:rsidR="00F050AC" w:rsidRPr="0047115A" w:rsidRDefault="00F050AC" w:rsidP="00295282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Laget/organisasjonen skal ha en miljøkontakt</w:t>
      </w:r>
    </w:p>
    <w:p w14:paraId="4A4A8256" w14:textId="56AFA4A6" w:rsidR="00C220D0" w:rsidRPr="0047115A" w:rsidRDefault="00425252" w:rsidP="00295282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lastRenderedPageBreak/>
        <w:t>Laget/organisasjonen står som ansvarlig søker på vegne av deltageren og gjør selv</w:t>
      </w:r>
      <w:r w:rsidR="00295282" w:rsidRPr="0047115A">
        <w:rPr>
          <w:lang w:val="nb-NO"/>
        </w:rPr>
        <w:t xml:space="preserve"> </w:t>
      </w:r>
      <w:r w:rsidRPr="0047115A">
        <w:rPr>
          <w:lang w:val="nb-NO"/>
        </w:rPr>
        <w:t xml:space="preserve">en vurdering av behovet. </w:t>
      </w:r>
    </w:p>
    <w:p w14:paraId="2776EB65" w14:textId="76518CD9" w:rsidR="00C220D0" w:rsidRPr="0047115A" w:rsidRDefault="00425252" w:rsidP="00295282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Det er ikke krav om rapportering eller regnskap</w:t>
      </w:r>
    </w:p>
    <w:p w14:paraId="1831467A" w14:textId="77777777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Det gis ikke støtte til:</w:t>
      </w:r>
    </w:p>
    <w:p w14:paraId="3569866B" w14:textId="39544092" w:rsidR="00C220D0" w:rsidRPr="0047115A" w:rsidRDefault="003A687C" w:rsidP="00295282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Mer enn</w:t>
      </w:r>
      <w:r w:rsidR="00425252" w:rsidRPr="0047115A">
        <w:rPr>
          <w:lang w:val="nb-NO"/>
        </w:rPr>
        <w:t xml:space="preserve"> 3000 kroner per medlem</w:t>
      </w:r>
    </w:p>
    <w:p w14:paraId="2C569761" w14:textId="51A32660" w:rsidR="00C220D0" w:rsidRPr="0047115A" w:rsidRDefault="00425252" w:rsidP="00295282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Organisasjoner som ikke praktiserer medlemskontigent</w:t>
      </w:r>
    </w:p>
    <w:p w14:paraId="10FA3C48" w14:textId="77BD658F" w:rsidR="00C220D0" w:rsidRPr="0047115A" w:rsidRDefault="00425252" w:rsidP="00295282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Organisasjoner som ikke er registrert i frivilligregistret</w:t>
      </w:r>
    </w:p>
    <w:p w14:paraId="6AE75A0A" w14:textId="5777B94E" w:rsidR="00C220D0" w:rsidRPr="0047115A" w:rsidRDefault="00425252" w:rsidP="00295282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Lag og foreninger utenfor Sarpsborg kommune</w:t>
      </w:r>
    </w:p>
    <w:p w14:paraId="02255A6E" w14:textId="3CCEB585" w:rsidR="00295282" w:rsidRPr="0047115A" w:rsidRDefault="00295282" w:rsidP="00295282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Organisasjoner som ikke har en miljøkontakt</w:t>
      </w:r>
    </w:p>
    <w:p w14:paraId="3AFA49F0" w14:textId="77777777" w:rsidR="00295282" w:rsidRPr="0047115A" w:rsidRDefault="00295282">
      <w:pPr>
        <w:rPr>
          <w:lang w:val="nb-NO"/>
        </w:rPr>
      </w:pPr>
    </w:p>
    <w:p w14:paraId="48762133" w14:textId="388755FB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Saksbehandling og utbetaling:</w:t>
      </w:r>
    </w:p>
    <w:p w14:paraId="3909B80B" w14:textId="564123BA" w:rsidR="00C220D0" w:rsidRPr="0047115A" w:rsidRDefault="00425252">
      <w:pPr>
        <w:rPr>
          <w:lang w:val="nb-NO"/>
        </w:rPr>
      </w:pPr>
      <w:r w:rsidRPr="0047115A">
        <w:rPr>
          <w:lang w:val="nb-NO"/>
        </w:rPr>
        <w:t>Alle personopplysninger i søknadene er unntatt offentlighet og behandles administrativt etter</w:t>
      </w:r>
      <w:r w:rsidR="003A687C" w:rsidRPr="0047115A">
        <w:rPr>
          <w:lang w:val="nb-NO"/>
        </w:rPr>
        <w:t xml:space="preserve"> </w:t>
      </w:r>
      <w:r w:rsidRPr="0047115A">
        <w:rPr>
          <w:lang w:val="nb-NO"/>
        </w:rPr>
        <w:t>fristenes utløp. Midlene utbetales så snart vedtak foreligger.</w:t>
      </w:r>
    </w:p>
    <w:p w14:paraId="19E9E982" w14:textId="205AD347" w:rsidR="00534267" w:rsidRPr="0047115A" w:rsidRDefault="00534267" w:rsidP="00534267">
      <w:pPr>
        <w:rPr>
          <w:b/>
          <w:bCs/>
          <w:lang w:val="nb-NO"/>
        </w:rPr>
      </w:pPr>
      <w:r w:rsidRPr="0047115A">
        <w:rPr>
          <w:lang w:val="nb-NO"/>
        </w:rPr>
        <w:br w:type="column"/>
      </w:r>
      <w:r w:rsidRPr="0047115A">
        <w:rPr>
          <w:b/>
          <w:bCs/>
          <w:lang w:val="nb-NO"/>
        </w:rPr>
        <w:lastRenderedPageBreak/>
        <w:t>Fritidskassa</w:t>
      </w:r>
    </w:p>
    <w:p w14:paraId="113060AC" w14:textId="77777777" w:rsidR="004E7429" w:rsidRPr="0047115A" w:rsidRDefault="00534267" w:rsidP="004E7429">
      <w:pPr>
        <w:rPr>
          <w:lang w:val="nb-NO"/>
        </w:rPr>
      </w:pPr>
      <w:r w:rsidRPr="0047115A">
        <w:rPr>
          <w:lang w:val="nb-NO"/>
        </w:rPr>
        <w:t xml:space="preserve">Tilskuddet skal bidra til at barn og unge i Sarpsborg kommune får mulighet til å delta i organisert fritidsaktivitet, uavhengig av økonomisk og sosial situasjon. Søknaden skal gjelde </w:t>
      </w:r>
      <w:r w:rsidR="005334DE" w:rsidRPr="0047115A">
        <w:rPr>
          <w:lang w:val="nb-NO"/>
        </w:rPr>
        <w:t xml:space="preserve">økonomisk støtte til </w:t>
      </w:r>
      <w:r w:rsidR="00F32C0D" w:rsidRPr="0047115A">
        <w:rPr>
          <w:lang w:val="nb-NO"/>
        </w:rPr>
        <w:t>utstyr og/eller reise</w:t>
      </w:r>
      <w:r w:rsidRPr="0047115A">
        <w:rPr>
          <w:lang w:val="nb-NO"/>
        </w:rPr>
        <w:t xml:space="preserve"> i fritidsorganisasjoner innenfor idrett, kultur eller andre organiserte aktiviteter som har barn og unge t.o.m. 19 år som målgruppe. Målgruppen er deltagere som ikke har </w:t>
      </w:r>
      <w:r w:rsidR="00F32C0D" w:rsidRPr="0047115A">
        <w:rPr>
          <w:lang w:val="nb-NO"/>
        </w:rPr>
        <w:t>anledning til å skaffe seg eget nødvendig utstyr, eller betale egenandeler ved reiser.</w:t>
      </w:r>
      <w:r w:rsidRPr="0047115A">
        <w:rPr>
          <w:lang w:val="nb-NO"/>
        </w:rPr>
        <w:t xml:space="preserve"> </w:t>
      </w:r>
      <w:r w:rsidR="004E7429" w:rsidRPr="0047115A">
        <w:rPr>
          <w:lang w:val="nb-NO"/>
        </w:rPr>
        <w:t>Fritidskassa skal primært bidra til at barn og unge får nødvendig personlig utstyr for å kunne delta i ordinær fritidsaktivitet. Utstyr prioriteres foran støtte til cuper og reiser.</w:t>
      </w:r>
    </w:p>
    <w:p w14:paraId="0B026E21" w14:textId="31899A66" w:rsidR="00F32C0D" w:rsidRPr="0047115A" w:rsidRDefault="004E7429" w:rsidP="00534267">
      <w:pPr>
        <w:rPr>
          <w:lang w:val="nb-NO"/>
        </w:rPr>
      </w:pPr>
      <w:r w:rsidRPr="0047115A">
        <w:rPr>
          <w:lang w:val="nb-NO"/>
        </w:rPr>
        <w:t>Støtte til cuper og reiser kan gis der manglende økonomi ellers vil føre til at barnet står utenfor fellesskapet, og der deltakelsen vurderes å ha tydelig inkluderende effekt. Slike tiltak prioriteres når de er en del av lagets ordinære aktivitet og ikke er prestasjons- eller elitesatsing.</w:t>
      </w:r>
    </w:p>
    <w:p w14:paraId="3EB0473C" w14:textId="032058FC" w:rsidR="00534267" w:rsidRPr="0047115A" w:rsidRDefault="00534267" w:rsidP="00534267">
      <w:pPr>
        <w:rPr>
          <w:lang w:val="nb-NO"/>
        </w:rPr>
      </w:pPr>
      <w:r w:rsidRPr="0047115A">
        <w:rPr>
          <w:lang w:val="nb-NO"/>
        </w:rPr>
        <w:t xml:space="preserve">Det er organisasjonen som skal søke, ikke enkeltmedlemmer. </w:t>
      </w:r>
    </w:p>
    <w:p w14:paraId="0BA98F88" w14:textId="77777777" w:rsidR="00534267" w:rsidRPr="0047115A" w:rsidRDefault="00534267" w:rsidP="00534267">
      <w:pPr>
        <w:rPr>
          <w:u w:val="single"/>
          <w:lang w:val="nb-NO"/>
        </w:rPr>
      </w:pPr>
      <w:r w:rsidRPr="0047115A">
        <w:rPr>
          <w:u w:val="single"/>
          <w:lang w:val="nb-NO"/>
        </w:rPr>
        <w:t>Det kan søkes om:</w:t>
      </w:r>
    </w:p>
    <w:p w14:paraId="02F419DE" w14:textId="661D4B5F" w:rsidR="00534267" w:rsidRPr="0047115A" w:rsidRDefault="00534267" w:rsidP="004E7429">
      <w:pPr>
        <w:pStyle w:val="Listeavsnitt"/>
        <w:numPr>
          <w:ilvl w:val="0"/>
          <w:numId w:val="32"/>
        </w:numPr>
        <w:rPr>
          <w:lang w:val="nb-NO"/>
        </w:rPr>
      </w:pPr>
      <w:r w:rsidRPr="0047115A">
        <w:rPr>
          <w:lang w:val="nb-NO"/>
        </w:rPr>
        <w:t xml:space="preserve">Inntil </w:t>
      </w:r>
      <w:r w:rsidR="00F32C0D" w:rsidRPr="0047115A">
        <w:rPr>
          <w:lang w:val="nb-NO"/>
        </w:rPr>
        <w:t xml:space="preserve">2000 kroner i støtte til utstyr per medlem. </w:t>
      </w:r>
    </w:p>
    <w:p w14:paraId="3F150705" w14:textId="00ACE239" w:rsidR="00F32C0D" w:rsidRPr="0047115A" w:rsidRDefault="00F32C0D" w:rsidP="004E7429">
      <w:pPr>
        <w:pStyle w:val="Listeavsnitt"/>
        <w:numPr>
          <w:ilvl w:val="0"/>
          <w:numId w:val="32"/>
        </w:numPr>
        <w:rPr>
          <w:lang w:val="nb-NO"/>
        </w:rPr>
      </w:pPr>
      <w:r w:rsidRPr="0047115A">
        <w:rPr>
          <w:lang w:val="nb-NO"/>
        </w:rPr>
        <w:t>Inntil 1000 kroner i støtte til egenandel for reiser</w:t>
      </w:r>
      <w:r w:rsidR="004E7429" w:rsidRPr="0047115A">
        <w:rPr>
          <w:lang w:val="nb-NO"/>
        </w:rPr>
        <w:t xml:space="preserve"> per medlem. </w:t>
      </w:r>
      <w:r w:rsidRPr="0047115A">
        <w:rPr>
          <w:lang w:val="nb-NO"/>
        </w:rPr>
        <w:t xml:space="preserve"> </w:t>
      </w:r>
    </w:p>
    <w:p w14:paraId="64DEBE0F" w14:textId="77777777" w:rsidR="00F32C0D" w:rsidRPr="0047115A" w:rsidRDefault="00F32C0D" w:rsidP="00534267">
      <w:pPr>
        <w:rPr>
          <w:lang w:val="nb-NO"/>
        </w:rPr>
      </w:pPr>
    </w:p>
    <w:p w14:paraId="69911BBC" w14:textId="77777777" w:rsidR="00534267" w:rsidRPr="0047115A" w:rsidRDefault="00534267" w:rsidP="00534267">
      <w:pPr>
        <w:rPr>
          <w:lang w:val="nb-NO"/>
        </w:rPr>
      </w:pPr>
      <w:r w:rsidRPr="0047115A">
        <w:rPr>
          <w:lang w:val="nb-NO"/>
        </w:rPr>
        <w:t>Frist: 1. april og 1. oktober</w:t>
      </w:r>
    </w:p>
    <w:p w14:paraId="7EE1DD14" w14:textId="77777777" w:rsidR="00534267" w:rsidRPr="0047115A" w:rsidRDefault="00534267" w:rsidP="00534267">
      <w:pPr>
        <w:rPr>
          <w:u w:val="single"/>
          <w:lang w:val="nb-NO"/>
        </w:rPr>
      </w:pPr>
      <w:r w:rsidRPr="0047115A">
        <w:rPr>
          <w:u w:val="single"/>
          <w:lang w:val="nb-NO"/>
        </w:rPr>
        <w:t>Hvordan søke:</w:t>
      </w:r>
    </w:p>
    <w:p w14:paraId="39EB3AAF" w14:textId="77777777" w:rsidR="00534267" w:rsidRPr="0047115A" w:rsidRDefault="00534267" w:rsidP="00534267">
      <w:pPr>
        <w:rPr>
          <w:lang w:val="nb-NO"/>
        </w:rPr>
      </w:pPr>
      <w:r w:rsidRPr="0047115A">
        <w:rPr>
          <w:lang w:val="nb-NO"/>
        </w:rPr>
        <w:t xml:space="preserve">Åpne og demokratisk sammensatte organisasjoner/lag/foreninger kan søke på vegne av medlem/medlemmets familie. </w:t>
      </w:r>
    </w:p>
    <w:p w14:paraId="10370D24" w14:textId="77777777" w:rsidR="00534267" w:rsidRPr="0047115A" w:rsidRDefault="00534267" w:rsidP="00534267">
      <w:pPr>
        <w:rPr>
          <w:b/>
          <w:bCs/>
          <w:lang w:val="nb-NO"/>
        </w:rPr>
      </w:pPr>
      <w:r w:rsidRPr="0047115A">
        <w:rPr>
          <w:b/>
          <w:bCs/>
          <w:lang w:val="nb-NO"/>
        </w:rPr>
        <w:t xml:space="preserve">Organisasjonen som søker må ha minst én miljøkontakt som forplikter seg til å følge kommunens veileder for miljøkontakter, samt deltakelse på en årlig kurskveld i regi av Sarpsborg kommune. Miljøkontakten skal arbeide aktivt med inkluderingsarbeid og ha nær og tett oppfølging med de familiene som omfattes av ordningen, for å sikre at den er mest mulig treffsikker. </w:t>
      </w:r>
    </w:p>
    <w:p w14:paraId="168C3AD1" w14:textId="0704D5B6" w:rsidR="00645535" w:rsidRPr="0047115A" w:rsidRDefault="00645535" w:rsidP="00534267">
      <w:pPr>
        <w:rPr>
          <w:lang w:val="nb-NO"/>
        </w:rPr>
      </w:pPr>
      <w:r w:rsidRPr="0047115A">
        <w:rPr>
          <w:lang w:val="nb-NO"/>
        </w:rPr>
        <w:t>Ved førstegangssøknader eller i foreninger med få tilskuddsmottakere kan styreleder eller annen ansvarlig representant fungere som miljøkontakt uten at alle krav til kurs og oppfølging er oppfylt.</w:t>
      </w:r>
    </w:p>
    <w:p w14:paraId="2AFFCF15" w14:textId="77777777" w:rsidR="00534267" w:rsidRPr="0047115A" w:rsidRDefault="00534267" w:rsidP="00534267">
      <w:pPr>
        <w:rPr>
          <w:lang w:val="nb-NO"/>
        </w:rPr>
      </w:pPr>
      <w:r w:rsidRPr="0047115A">
        <w:rPr>
          <w:lang w:val="nb-NO"/>
        </w:rPr>
        <w:t>Andre voksne rundt barnet, for eksempel lærere, andre ansatte i skolen, helsesykepleier, kan kontakte aktuelle lag og foreninger og be dem om å søke for en deltaker.</w:t>
      </w:r>
    </w:p>
    <w:p w14:paraId="32B82A87" w14:textId="77777777" w:rsidR="00534267" w:rsidRPr="0047115A" w:rsidRDefault="00534267" w:rsidP="00534267">
      <w:pPr>
        <w:rPr>
          <w:lang w:val="nb-NO"/>
        </w:rPr>
      </w:pPr>
      <w:r w:rsidRPr="0047115A">
        <w:rPr>
          <w:lang w:val="nb-NO"/>
        </w:rPr>
        <w:lastRenderedPageBreak/>
        <w:t>Familier som ønsker å benytte seg av denne ordningen kan ta direkte kontakt med aktuell forening, eller kontakte lærer på skolen der barnet/ungdommen går, så vil de kunne bistå.</w:t>
      </w:r>
    </w:p>
    <w:p w14:paraId="5E4444F9" w14:textId="77777777" w:rsidR="00534267" w:rsidRPr="0047115A" w:rsidRDefault="00534267" w:rsidP="00534267">
      <w:pPr>
        <w:rPr>
          <w:lang w:val="nb-NO"/>
        </w:rPr>
      </w:pPr>
      <w:r w:rsidRPr="0047115A">
        <w:rPr>
          <w:lang w:val="nb-NO"/>
        </w:rPr>
        <w:t>Lag/foreninger i Sarpsborg kan også søke for medlemmer utenfor kommunen, forutsatt at foreningen selv har tilhørighet i Sarpsborg.</w:t>
      </w:r>
    </w:p>
    <w:p w14:paraId="7C16ECAE" w14:textId="77777777" w:rsidR="00534267" w:rsidRPr="0047115A" w:rsidRDefault="00534267" w:rsidP="00534267">
      <w:pPr>
        <w:rPr>
          <w:u w:val="single"/>
          <w:lang w:val="nb-NO"/>
        </w:rPr>
      </w:pPr>
      <w:r w:rsidRPr="0047115A">
        <w:rPr>
          <w:u w:val="single"/>
          <w:lang w:val="nb-NO"/>
        </w:rPr>
        <w:t>Krav til søker:</w:t>
      </w:r>
    </w:p>
    <w:p w14:paraId="316A9DB4" w14:textId="77777777" w:rsidR="00534267" w:rsidRPr="0047115A" w:rsidRDefault="00534267" w:rsidP="00534267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Det behøves ingen dokumentasjon for å bekrefte medlemmets betalingsevne</w:t>
      </w:r>
    </w:p>
    <w:p w14:paraId="6230D9C1" w14:textId="77777777" w:rsidR="00534267" w:rsidRPr="0047115A" w:rsidRDefault="00534267" w:rsidP="00534267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Laget/organisasjonen skal ha en miljøkontakt</w:t>
      </w:r>
    </w:p>
    <w:p w14:paraId="071EB961" w14:textId="77777777" w:rsidR="00534267" w:rsidRPr="0047115A" w:rsidRDefault="00534267" w:rsidP="00534267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 xml:space="preserve">Laget/organisasjonen står som ansvarlig søker på vegne av deltageren og gjør selv en vurdering av behovet. </w:t>
      </w:r>
    </w:p>
    <w:p w14:paraId="40BA5FCE" w14:textId="77777777" w:rsidR="00534267" w:rsidRPr="0047115A" w:rsidRDefault="00534267" w:rsidP="00534267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Det er ikke krav om rapportering eller regnskap</w:t>
      </w:r>
    </w:p>
    <w:p w14:paraId="48FA4A10" w14:textId="77777777" w:rsidR="00534267" w:rsidRPr="0047115A" w:rsidRDefault="00534267" w:rsidP="00534267">
      <w:pPr>
        <w:rPr>
          <w:u w:val="single"/>
          <w:lang w:val="nb-NO"/>
        </w:rPr>
      </w:pPr>
      <w:r w:rsidRPr="0047115A">
        <w:rPr>
          <w:u w:val="single"/>
          <w:lang w:val="nb-NO"/>
        </w:rPr>
        <w:t>Det gis ikke støtte til:</w:t>
      </w:r>
    </w:p>
    <w:p w14:paraId="0682B4EA" w14:textId="77777777" w:rsidR="00534267" w:rsidRPr="0047115A" w:rsidRDefault="00534267" w:rsidP="00534267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Organisasjoner som ikke er registrert i frivilligregistret</w:t>
      </w:r>
    </w:p>
    <w:p w14:paraId="5F6328C8" w14:textId="77777777" w:rsidR="00534267" w:rsidRPr="0047115A" w:rsidRDefault="00534267" w:rsidP="00534267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Lag og foreninger utenfor Sarpsborg kommune</w:t>
      </w:r>
    </w:p>
    <w:p w14:paraId="7A206E33" w14:textId="77777777" w:rsidR="00534267" w:rsidRPr="0047115A" w:rsidRDefault="00534267" w:rsidP="00534267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Organisasjoner som ikke har en miljøkontakt</w:t>
      </w:r>
    </w:p>
    <w:p w14:paraId="493089CC" w14:textId="77777777" w:rsidR="00534267" w:rsidRPr="0047115A" w:rsidRDefault="00534267" w:rsidP="00534267">
      <w:pPr>
        <w:rPr>
          <w:lang w:val="nb-NO"/>
        </w:rPr>
      </w:pPr>
    </w:p>
    <w:p w14:paraId="662326E8" w14:textId="77777777" w:rsidR="00534267" w:rsidRPr="0047115A" w:rsidRDefault="00534267" w:rsidP="00534267">
      <w:pPr>
        <w:rPr>
          <w:u w:val="single"/>
          <w:lang w:val="nb-NO"/>
        </w:rPr>
      </w:pPr>
      <w:r w:rsidRPr="0047115A">
        <w:rPr>
          <w:u w:val="single"/>
          <w:lang w:val="nb-NO"/>
        </w:rPr>
        <w:t>Saksbehandling og utbetaling:</w:t>
      </w:r>
    </w:p>
    <w:p w14:paraId="6D987D47" w14:textId="77777777" w:rsidR="00534267" w:rsidRPr="0047115A" w:rsidRDefault="00534267" w:rsidP="00534267">
      <w:pPr>
        <w:rPr>
          <w:lang w:val="nb-NO"/>
        </w:rPr>
      </w:pPr>
      <w:r w:rsidRPr="0047115A">
        <w:rPr>
          <w:lang w:val="nb-NO"/>
        </w:rPr>
        <w:t>Alle personopplysninger i søknadene er unntatt offentlighet og behandles administrativt etter fristenes utløp. Midlene utbetales så snart vedtak foreligger.</w:t>
      </w:r>
    </w:p>
    <w:p w14:paraId="4E109207" w14:textId="77777777" w:rsidR="00534267" w:rsidRPr="0047115A" w:rsidRDefault="00534267" w:rsidP="00534267">
      <w:pPr>
        <w:rPr>
          <w:b/>
          <w:bCs/>
          <w:lang w:val="nb-NO"/>
        </w:rPr>
      </w:pPr>
    </w:p>
    <w:p w14:paraId="74E7A7F6" w14:textId="77777777" w:rsidR="00534267" w:rsidRPr="0047115A" w:rsidRDefault="00534267" w:rsidP="00534267">
      <w:pPr>
        <w:rPr>
          <w:b/>
          <w:bCs/>
          <w:lang w:val="nb-NO"/>
        </w:rPr>
      </w:pPr>
    </w:p>
    <w:p w14:paraId="71024F80" w14:textId="3DAFCF48" w:rsidR="00534267" w:rsidRPr="0047115A" w:rsidRDefault="00534267">
      <w:pPr>
        <w:rPr>
          <w:lang w:val="nb-NO"/>
        </w:rPr>
      </w:pPr>
    </w:p>
    <w:p w14:paraId="44E641A8" w14:textId="718CFB7C" w:rsidR="00C220D0" w:rsidRPr="0047115A" w:rsidRDefault="003A687C">
      <w:pPr>
        <w:rPr>
          <w:b/>
          <w:bCs/>
          <w:lang w:val="nb-NO"/>
        </w:rPr>
      </w:pPr>
      <w:r w:rsidRPr="0047115A">
        <w:rPr>
          <w:lang w:val="nb-NO"/>
        </w:rPr>
        <w:br w:type="column"/>
      </w:r>
      <w:r w:rsidR="00425252" w:rsidRPr="0047115A">
        <w:rPr>
          <w:b/>
          <w:bCs/>
          <w:lang w:val="nb-NO"/>
        </w:rPr>
        <w:lastRenderedPageBreak/>
        <w:t>Raskt Svar / Aktivitet av ungdom</w:t>
      </w:r>
    </w:p>
    <w:p w14:paraId="225311D1" w14:textId="6E1E3D4C" w:rsidR="00C220D0" w:rsidRPr="0047115A" w:rsidRDefault="00425252">
      <w:pPr>
        <w:rPr>
          <w:lang w:val="nb-NO"/>
        </w:rPr>
      </w:pPr>
      <w:r w:rsidRPr="0047115A">
        <w:rPr>
          <w:lang w:val="nb-NO"/>
        </w:rPr>
        <w:t>Er du mellom 13 og 20 år kan du få støtte til ditt kultur- eller idrettsprosjekt i ordningen</w:t>
      </w:r>
      <w:r w:rsidR="003A687C" w:rsidRPr="0047115A">
        <w:rPr>
          <w:lang w:val="nb-NO"/>
        </w:rPr>
        <w:t xml:space="preserve"> </w:t>
      </w:r>
      <w:r w:rsidRPr="0047115A">
        <w:rPr>
          <w:lang w:val="nb-NO"/>
        </w:rPr>
        <w:t>«Raskt Svar».</w:t>
      </w:r>
      <w:r w:rsidR="003A687C" w:rsidRPr="0047115A">
        <w:rPr>
          <w:lang w:val="nb-NO"/>
        </w:rPr>
        <w:t xml:space="preserve"> </w:t>
      </w:r>
      <w:r w:rsidRPr="0047115A">
        <w:rPr>
          <w:lang w:val="nb-NO"/>
        </w:rPr>
        <w:t>Tilskuddet skal gjøre det lettere for ungdom å utvikle produksjoner og arrangementer i</w:t>
      </w:r>
      <w:r w:rsidR="003A687C" w:rsidRPr="0047115A">
        <w:rPr>
          <w:lang w:val="nb-NO"/>
        </w:rPr>
        <w:t xml:space="preserve"> </w:t>
      </w:r>
      <w:r w:rsidRPr="0047115A">
        <w:rPr>
          <w:lang w:val="nb-NO"/>
        </w:rPr>
        <w:t>samarbeid med frivillige og profesjonelle.</w:t>
      </w:r>
      <w:r w:rsidR="003A687C" w:rsidRPr="0047115A">
        <w:rPr>
          <w:lang w:val="nb-NO"/>
        </w:rPr>
        <w:t xml:space="preserve"> </w:t>
      </w:r>
      <w:r w:rsidRPr="0047115A">
        <w:rPr>
          <w:lang w:val="nb-NO"/>
        </w:rPr>
        <w:t>Ungdom som vil gjennomføre tiltaket innenfor en forening kan også søke.</w:t>
      </w:r>
    </w:p>
    <w:p w14:paraId="67DF4E6C" w14:textId="77777777" w:rsidR="00C220D0" w:rsidRPr="0047115A" w:rsidRDefault="00425252">
      <w:pPr>
        <w:rPr>
          <w:u w:val="single"/>
          <w:lang w:val="nb-NO"/>
        </w:rPr>
      </w:pPr>
      <w:r w:rsidRPr="0047115A">
        <w:rPr>
          <w:u w:val="single"/>
          <w:lang w:val="nb-NO"/>
        </w:rPr>
        <w:t>Søknad og saksbehandling</w:t>
      </w:r>
    </w:p>
    <w:p w14:paraId="7CD07AB8" w14:textId="77777777" w:rsidR="00C220D0" w:rsidRPr="0047115A" w:rsidRDefault="00425252">
      <w:pPr>
        <w:rPr>
          <w:lang w:val="nb-NO"/>
        </w:rPr>
      </w:pPr>
      <w:r w:rsidRPr="0047115A">
        <w:rPr>
          <w:lang w:val="nb-NO"/>
        </w:rPr>
        <w:t>Du må søke senest en uke før arrangementet skal gjennomføres, man får svar innen én uke.</w:t>
      </w:r>
    </w:p>
    <w:p w14:paraId="6D4BDB85" w14:textId="039E0E86" w:rsidR="00C220D0" w:rsidRPr="0047115A" w:rsidRDefault="00425252">
      <w:pPr>
        <w:rPr>
          <w:lang w:val="nb-NO"/>
        </w:rPr>
      </w:pPr>
      <w:r w:rsidRPr="0047115A">
        <w:rPr>
          <w:lang w:val="nb-NO"/>
        </w:rPr>
        <w:t>Du kan få inntil kr 1</w:t>
      </w:r>
      <w:r w:rsidR="009D11BD" w:rsidRPr="0047115A">
        <w:rPr>
          <w:lang w:val="nb-NO"/>
        </w:rPr>
        <w:t>5</w:t>
      </w:r>
      <w:r w:rsidRPr="0047115A">
        <w:rPr>
          <w:lang w:val="nb-NO"/>
        </w:rPr>
        <w:t xml:space="preserve"> 000 i støtte. Søknaden må sendes inn av deg som er ungdom mellom</w:t>
      </w:r>
      <w:r w:rsidR="00D23099" w:rsidRPr="0047115A">
        <w:rPr>
          <w:lang w:val="nb-NO"/>
        </w:rPr>
        <w:t xml:space="preserve"> </w:t>
      </w:r>
      <w:r w:rsidRPr="0047115A">
        <w:rPr>
          <w:lang w:val="nb-NO"/>
        </w:rPr>
        <w:t>13 og 20 år.</w:t>
      </w:r>
    </w:p>
    <w:p w14:paraId="40B86E04" w14:textId="735027E9" w:rsidR="00C220D0" w:rsidRPr="0047115A" w:rsidRDefault="00425252">
      <w:pPr>
        <w:rPr>
          <w:lang w:val="nb-NO"/>
        </w:rPr>
      </w:pPr>
      <w:r w:rsidRPr="0047115A">
        <w:rPr>
          <w:lang w:val="nb-NO"/>
        </w:rPr>
        <w:t>Vi må få vite i etterkant at tiltaket er gjennomført. Du kan sende inn en kort tekst som</w:t>
      </w:r>
      <w:r w:rsidR="00D23099" w:rsidRPr="0047115A">
        <w:rPr>
          <w:lang w:val="nb-NO"/>
        </w:rPr>
        <w:t xml:space="preserve"> </w:t>
      </w:r>
      <w:r w:rsidRPr="0047115A">
        <w:rPr>
          <w:lang w:val="nb-NO"/>
        </w:rPr>
        <w:t>beskriver gjennomføringen, regnskap med utgifter, bilde av en kvittering, en film fra</w:t>
      </w:r>
      <w:r w:rsidR="00D23099" w:rsidRPr="0047115A">
        <w:rPr>
          <w:lang w:val="nb-NO"/>
        </w:rPr>
        <w:t xml:space="preserve"> </w:t>
      </w:r>
      <w:r w:rsidRPr="0047115A">
        <w:rPr>
          <w:lang w:val="nb-NO"/>
        </w:rPr>
        <w:t>arrangementet eller noe annet som viser at tiltaket er gjennomført.</w:t>
      </w:r>
    </w:p>
    <w:p w14:paraId="7E61653E" w14:textId="77777777" w:rsidR="00C220D0" w:rsidRPr="0047115A" w:rsidRDefault="00425252">
      <w:pPr>
        <w:rPr>
          <w:lang w:val="nb-NO"/>
        </w:rPr>
      </w:pPr>
      <w:r w:rsidRPr="0047115A">
        <w:rPr>
          <w:lang w:val="nb-NO"/>
        </w:rPr>
        <w:t>Det kan søkes støtte til for eksempel:</w:t>
      </w:r>
    </w:p>
    <w:p w14:paraId="7975FAE6" w14:textId="535315D4" w:rsidR="00C220D0" w:rsidRPr="0047115A" w:rsidRDefault="00425252" w:rsidP="00D23099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Konserter og show</w:t>
      </w:r>
    </w:p>
    <w:p w14:paraId="3E2741AA" w14:textId="5AED76B9" w:rsidR="00C220D0" w:rsidRPr="0047115A" w:rsidRDefault="00425252" w:rsidP="00D23099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Rusfrie ungdomsarrangementer</w:t>
      </w:r>
    </w:p>
    <w:p w14:paraId="6FF0D516" w14:textId="11909927" w:rsidR="00D23099" w:rsidRPr="0047115A" w:rsidRDefault="00425252" w:rsidP="00D23099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Utstyr</w:t>
      </w:r>
    </w:p>
    <w:p w14:paraId="702DE3DF" w14:textId="7CEC74D6" w:rsidR="00C220D0" w:rsidRPr="0047115A" w:rsidRDefault="00425252" w:rsidP="00D23099">
      <w:pPr>
        <w:pStyle w:val="Listeavsnitt"/>
        <w:numPr>
          <w:ilvl w:val="0"/>
          <w:numId w:val="29"/>
        </w:numPr>
        <w:rPr>
          <w:lang w:val="nb-NO"/>
        </w:rPr>
      </w:pPr>
      <w:r w:rsidRPr="0047115A">
        <w:rPr>
          <w:lang w:val="nb-NO"/>
        </w:rPr>
        <w:t>Kurs/talentutvikling</w:t>
      </w:r>
    </w:p>
    <w:p w14:paraId="1532759A" w14:textId="5FC65A4E" w:rsidR="00DB7C7A" w:rsidRPr="0047115A" w:rsidRDefault="00DB7C7A" w:rsidP="00DB7C7A">
      <w:pPr>
        <w:rPr>
          <w:b/>
          <w:bCs/>
          <w:lang w:val="nb-NO"/>
        </w:rPr>
      </w:pPr>
      <w:r w:rsidRPr="0047115A">
        <w:rPr>
          <w:lang w:val="nb-NO"/>
        </w:rPr>
        <w:br w:type="column"/>
      </w:r>
      <w:r w:rsidRPr="0047115A">
        <w:rPr>
          <w:b/>
          <w:bCs/>
          <w:lang w:val="nb-NO"/>
        </w:rPr>
        <w:lastRenderedPageBreak/>
        <w:t>Til skudd til sommerskoleaktiviteter</w:t>
      </w:r>
    </w:p>
    <w:p w14:paraId="617C91D9" w14:textId="315D8F0B" w:rsidR="00DB7C7A" w:rsidRPr="0047115A" w:rsidRDefault="00DB7C7A" w:rsidP="00DB7C7A">
      <w:pPr>
        <w:rPr>
          <w:lang w:val="nb-NO"/>
        </w:rPr>
      </w:pPr>
      <w:r w:rsidRPr="0047115A">
        <w:rPr>
          <w:lang w:val="nb-NO"/>
        </w:rPr>
        <w:t>Dette tilskuddet skal gå til kunst-, kultur- og idrettstiltak i regi av frivillige organisasjoner og private aktører som gjennomfører aktiviteter i skolens sommerferie.</w:t>
      </w:r>
    </w:p>
    <w:p w14:paraId="02F428AC" w14:textId="6D4572FC" w:rsidR="00DB7C7A" w:rsidRPr="0047115A" w:rsidRDefault="00DB7C7A" w:rsidP="00DB7C7A">
      <w:pPr>
        <w:rPr>
          <w:lang w:val="nb-NO"/>
        </w:rPr>
      </w:pPr>
      <w:r w:rsidRPr="0047115A">
        <w:rPr>
          <w:lang w:val="nb-NO"/>
        </w:rPr>
        <w:t xml:space="preserve">Det kan normalt gis inntil 50 % støtte av totalkostnaden for tiltaket. </w:t>
      </w:r>
    </w:p>
    <w:p w14:paraId="6BC9051B" w14:textId="2099B990" w:rsidR="00DB7C7A" w:rsidRPr="0047115A" w:rsidRDefault="00DB7C7A" w:rsidP="00DB7C7A">
      <w:pPr>
        <w:rPr>
          <w:lang w:val="nb-NO"/>
        </w:rPr>
      </w:pPr>
      <w:r w:rsidRPr="0047115A">
        <w:rPr>
          <w:lang w:val="nb-NO"/>
        </w:rPr>
        <w:t xml:space="preserve">Tilskuddsordningen følger retningslinjene for ordningen </w:t>
      </w:r>
      <w:r w:rsidR="006617C9" w:rsidRPr="0047115A">
        <w:rPr>
          <w:lang w:val="nb-NO"/>
        </w:rPr>
        <w:t>for t</w:t>
      </w:r>
      <w:r w:rsidRPr="0047115A">
        <w:rPr>
          <w:lang w:val="nb-NO"/>
        </w:rPr>
        <w:t>ilskudd til kunst- og kulturtiltak med følgende justeringer:</w:t>
      </w:r>
    </w:p>
    <w:p w14:paraId="19D5C69D" w14:textId="77777777" w:rsidR="00DB7C7A" w:rsidRPr="0047115A" w:rsidRDefault="00DB7C7A" w:rsidP="006617C9">
      <w:pPr>
        <w:rPr>
          <w:lang w:val="nb-NO"/>
        </w:rPr>
      </w:pPr>
      <w:r w:rsidRPr="0047115A">
        <w:rPr>
          <w:lang w:val="nb-NO"/>
        </w:rPr>
        <w:t>Frist for å søke: 1. mai</w:t>
      </w:r>
    </w:p>
    <w:p w14:paraId="39312B82" w14:textId="44708388" w:rsidR="00DB7C7A" w:rsidRPr="0047115A" w:rsidRDefault="00DB7C7A" w:rsidP="00DB7C7A">
      <w:pPr>
        <w:numPr>
          <w:ilvl w:val="0"/>
          <w:numId w:val="33"/>
        </w:numPr>
        <w:rPr>
          <w:lang w:val="nb-NO"/>
        </w:rPr>
      </w:pPr>
      <w:r w:rsidRPr="0047115A">
        <w:rPr>
          <w:lang w:val="nb-NO"/>
        </w:rPr>
        <w:t>Søknadene behandles fortløpende administrativt og utbetales så snart vedtak foreligger</w:t>
      </w:r>
    </w:p>
    <w:p w14:paraId="0C139E5C" w14:textId="77777777" w:rsidR="00DB7C7A" w:rsidRPr="0047115A" w:rsidRDefault="00DB7C7A" w:rsidP="00DB7C7A">
      <w:pPr>
        <w:numPr>
          <w:ilvl w:val="0"/>
          <w:numId w:val="33"/>
        </w:numPr>
        <w:rPr>
          <w:lang w:val="nb-NO"/>
        </w:rPr>
      </w:pPr>
      <w:r w:rsidRPr="0047115A">
        <w:rPr>
          <w:lang w:val="nb-NO"/>
        </w:rPr>
        <w:t>Tiltaket bør organiseres på en slik måte at alle barn og unge kan delta</w:t>
      </w:r>
    </w:p>
    <w:p w14:paraId="67AEE644" w14:textId="77777777" w:rsidR="00DB7C7A" w:rsidRPr="0047115A" w:rsidRDefault="00DB7C7A" w:rsidP="00DB7C7A">
      <w:pPr>
        <w:numPr>
          <w:ilvl w:val="0"/>
          <w:numId w:val="33"/>
        </w:numPr>
        <w:rPr>
          <w:lang w:val="nb-NO"/>
        </w:rPr>
      </w:pPr>
      <w:r w:rsidRPr="0047115A">
        <w:rPr>
          <w:lang w:val="nb-NO"/>
        </w:rPr>
        <w:t>Tiltaket må ikke kreve medlemskap eller spesielt utstyr for å delta</w:t>
      </w:r>
    </w:p>
    <w:p w14:paraId="3BC4BD68" w14:textId="77777777" w:rsidR="00DB7C7A" w:rsidRPr="0047115A" w:rsidRDefault="00DB7C7A" w:rsidP="00DB7C7A">
      <w:pPr>
        <w:numPr>
          <w:ilvl w:val="0"/>
          <w:numId w:val="33"/>
        </w:numPr>
        <w:rPr>
          <w:lang w:val="nb-NO"/>
        </w:rPr>
      </w:pPr>
      <w:r w:rsidRPr="0047115A">
        <w:rPr>
          <w:lang w:val="nb-NO"/>
        </w:rPr>
        <w:t>Ved behandling av søknadene prioriteres gratistiltak eller tiltak med lav egenbetaling</w:t>
      </w:r>
    </w:p>
    <w:p w14:paraId="05A31E8B" w14:textId="2480B3A2" w:rsidR="00DB7C7A" w:rsidRPr="0047115A" w:rsidRDefault="00DB7C7A" w:rsidP="00DB7C7A">
      <w:pPr>
        <w:numPr>
          <w:ilvl w:val="0"/>
          <w:numId w:val="33"/>
        </w:numPr>
        <w:rPr>
          <w:lang w:val="nb-NO"/>
        </w:rPr>
      </w:pPr>
      <w:r w:rsidRPr="0047115A">
        <w:rPr>
          <w:lang w:val="nb-NO"/>
        </w:rPr>
        <w:t>Ved vurdering av søknader vil det bli lagt vekt på hvordan tiltakene fordeler seg tidsmessig gjennom sommerferien for å sikre en jevn spredning av tilbuden</w:t>
      </w:r>
      <w:r w:rsidR="00AB21CC" w:rsidRPr="0047115A">
        <w:rPr>
          <w:lang w:val="nb-NO"/>
        </w:rPr>
        <w:t>e</w:t>
      </w:r>
    </w:p>
    <w:p w14:paraId="37A4BABA" w14:textId="2D6BF214" w:rsidR="00DB7C7A" w:rsidRPr="0047115A" w:rsidRDefault="00DB7C7A" w:rsidP="00DB7C7A">
      <w:pPr>
        <w:rPr>
          <w:lang w:val="nb-NO"/>
        </w:rPr>
      </w:pPr>
    </w:p>
    <w:sectPr w:rsidR="00DB7C7A" w:rsidRPr="0047115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2855AC"/>
    <w:multiLevelType w:val="hybridMultilevel"/>
    <w:tmpl w:val="E8D01F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D4BB9"/>
    <w:multiLevelType w:val="hybridMultilevel"/>
    <w:tmpl w:val="7BFC001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3251E"/>
    <w:multiLevelType w:val="hybridMultilevel"/>
    <w:tmpl w:val="E87C6F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65ED2"/>
    <w:multiLevelType w:val="hybridMultilevel"/>
    <w:tmpl w:val="42E00C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F34D57"/>
    <w:multiLevelType w:val="hybridMultilevel"/>
    <w:tmpl w:val="7ADA993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E7C70"/>
    <w:multiLevelType w:val="hybridMultilevel"/>
    <w:tmpl w:val="48E4AF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C6127"/>
    <w:multiLevelType w:val="hybridMultilevel"/>
    <w:tmpl w:val="DE2252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0706D"/>
    <w:multiLevelType w:val="hybridMultilevel"/>
    <w:tmpl w:val="AE7A1E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80972"/>
    <w:multiLevelType w:val="hybridMultilevel"/>
    <w:tmpl w:val="371C95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534A7"/>
    <w:multiLevelType w:val="hybridMultilevel"/>
    <w:tmpl w:val="6734D6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C7CB2"/>
    <w:multiLevelType w:val="hybridMultilevel"/>
    <w:tmpl w:val="3CBED63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25FAC"/>
    <w:multiLevelType w:val="hybridMultilevel"/>
    <w:tmpl w:val="3782D8E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82A6F"/>
    <w:multiLevelType w:val="hybridMultilevel"/>
    <w:tmpl w:val="320C7E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214380"/>
    <w:multiLevelType w:val="hybridMultilevel"/>
    <w:tmpl w:val="9536A5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115C1"/>
    <w:multiLevelType w:val="hybridMultilevel"/>
    <w:tmpl w:val="8A9849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328B9"/>
    <w:multiLevelType w:val="hybridMultilevel"/>
    <w:tmpl w:val="F9C0D7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A4A5D"/>
    <w:multiLevelType w:val="multilevel"/>
    <w:tmpl w:val="42F8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5F4392"/>
    <w:multiLevelType w:val="hybridMultilevel"/>
    <w:tmpl w:val="137494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FC68C9"/>
    <w:multiLevelType w:val="hybridMultilevel"/>
    <w:tmpl w:val="89BEAE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A44D0"/>
    <w:multiLevelType w:val="hybridMultilevel"/>
    <w:tmpl w:val="3E00DEB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85F05"/>
    <w:multiLevelType w:val="hybridMultilevel"/>
    <w:tmpl w:val="9E800B8E"/>
    <w:lvl w:ilvl="0" w:tplc="9C40D8E6">
      <w:numFmt w:val="bullet"/>
      <w:lvlText w:val="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1572D"/>
    <w:multiLevelType w:val="hybridMultilevel"/>
    <w:tmpl w:val="52F886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722884"/>
    <w:multiLevelType w:val="hybridMultilevel"/>
    <w:tmpl w:val="A8460B8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66395"/>
    <w:multiLevelType w:val="hybridMultilevel"/>
    <w:tmpl w:val="21EA51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555781">
    <w:abstractNumId w:val="8"/>
  </w:num>
  <w:num w:numId="2" w16cid:durableId="305747591">
    <w:abstractNumId w:val="6"/>
  </w:num>
  <w:num w:numId="3" w16cid:durableId="251359981">
    <w:abstractNumId w:val="5"/>
  </w:num>
  <w:num w:numId="4" w16cid:durableId="2018383871">
    <w:abstractNumId w:val="4"/>
  </w:num>
  <w:num w:numId="5" w16cid:durableId="1308588883">
    <w:abstractNumId w:val="7"/>
  </w:num>
  <w:num w:numId="6" w16cid:durableId="250091077">
    <w:abstractNumId w:val="3"/>
  </w:num>
  <w:num w:numId="7" w16cid:durableId="1220899925">
    <w:abstractNumId w:val="2"/>
  </w:num>
  <w:num w:numId="8" w16cid:durableId="72166893">
    <w:abstractNumId w:val="1"/>
  </w:num>
  <w:num w:numId="9" w16cid:durableId="598483943">
    <w:abstractNumId w:val="0"/>
  </w:num>
  <w:num w:numId="10" w16cid:durableId="1257861583">
    <w:abstractNumId w:val="26"/>
  </w:num>
  <w:num w:numId="11" w16cid:durableId="1747653694">
    <w:abstractNumId w:val="29"/>
  </w:num>
  <w:num w:numId="12" w16cid:durableId="1707828644">
    <w:abstractNumId w:val="12"/>
  </w:num>
  <w:num w:numId="13" w16cid:durableId="964967245">
    <w:abstractNumId w:val="15"/>
  </w:num>
  <w:num w:numId="14" w16cid:durableId="1544515886">
    <w:abstractNumId w:val="17"/>
  </w:num>
  <w:num w:numId="15" w16cid:durableId="1609963803">
    <w:abstractNumId w:val="27"/>
  </w:num>
  <w:num w:numId="16" w16cid:durableId="1024938711">
    <w:abstractNumId w:val="18"/>
  </w:num>
  <w:num w:numId="17" w16cid:durableId="1416710734">
    <w:abstractNumId w:val="22"/>
  </w:num>
  <w:num w:numId="18" w16cid:durableId="786386752">
    <w:abstractNumId w:val="10"/>
  </w:num>
  <w:num w:numId="19" w16cid:durableId="2142378877">
    <w:abstractNumId w:val="31"/>
  </w:num>
  <w:num w:numId="20" w16cid:durableId="1191409729">
    <w:abstractNumId w:val="13"/>
  </w:num>
  <w:num w:numId="21" w16cid:durableId="1077241834">
    <w:abstractNumId w:val="23"/>
  </w:num>
  <w:num w:numId="22" w16cid:durableId="146172719">
    <w:abstractNumId w:val="16"/>
  </w:num>
  <w:num w:numId="23" w16cid:durableId="160781088">
    <w:abstractNumId w:val="21"/>
  </w:num>
  <w:num w:numId="24" w16cid:durableId="1120805969">
    <w:abstractNumId w:val="11"/>
  </w:num>
  <w:num w:numId="25" w16cid:durableId="11957230">
    <w:abstractNumId w:val="20"/>
  </w:num>
  <w:num w:numId="26" w16cid:durableId="1559900690">
    <w:abstractNumId w:val="19"/>
  </w:num>
  <w:num w:numId="27" w16cid:durableId="1675912837">
    <w:abstractNumId w:val="24"/>
  </w:num>
  <w:num w:numId="28" w16cid:durableId="1583248477">
    <w:abstractNumId w:val="30"/>
  </w:num>
  <w:num w:numId="29" w16cid:durableId="25568041">
    <w:abstractNumId w:val="9"/>
  </w:num>
  <w:num w:numId="30" w16cid:durableId="195392566">
    <w:abstractNumId w:val="14"/>
  </w:num>
  <w:num w:numId="31" w16cid:durableId="1841576179">
    <w:abstractNumId w:val="32"/>
  </w:num>
  <w:num w:numId="32" w16cid:durableId="1992830751">
    <w:abstractNumId w:val="28"/>
  </w:num>
  <w:num w:numId="33" w16cid:durableId="14142771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0DD1"/>
    <w:rsid w:val="000555A0"/>
    <w:rsid w:val="0006063C"/>
    <w:rsid w:val="00091DAD"/>
    <w:rsid w:val="000A2AAB"/>
    <w:rsid w:val="000A492A"/>
    <w:rsid w:val="000C3D6D"/>
    <w:rsid w:val="001121AA"/>
    <w:rsid w:val="00130723"/>
    <w:rsid w:val="0015074B"/>
    <w:rsid w:val="00151379"/>
    <w:rsid w:val="00170563"/>
    <w:rsid w:val="001A05AC"/>
    <w:rsid w:val="001B06DA"/>
    <w:rsid w:val="001F480A"/>
    <w:rsid w:val="00230F54"/>
    <w:rsid w:val="00295282"/>
    <w:rsid w:val="0029639D"/>
    <w:rsid w:val="002E265C"/>
    <w:rsid w:val="00326F90"/>
    <w:rsid w:val="003A687C"/>
    <w:rsid w:val="00425252"/>
    <w:rsid w:val="00471118"/>
    <w:rsid w:val="0047115A"/>
    <w:rsid w:val="00486CF2"/>
    <w:rsid w:val="004E7429"/>
    <w:rsid w:val="00511425"/>
    <w:rsid w:val="00514D62"/>
    <w:rsid w:val="005334DE"/>
    <w:rsid w:val="00534267"/>
    <w:rsid w:val="00547E34"/>
    <w:rsid w:val="005907CD"/>
    <w:rsid w:val="005F0EB8"/>
    <w:rsid w:val="00640B55"/>
    <w:rsid w:val="00645535"/>
    <w:rsid w:val="006617C9"/>
    <w:rsid w:val="0067022D"/>
    <w:rsid w:val="006C19A2"/>
    <w:rsid w:val="006F6D3A"/>
    <w:rsid w:val="007027C0"/>
    <w:rsid w:val="00722E77"/>
    <w:rsid w:val="007A78DE"/>
    <w:rsid w:val="007C2887"/>
    <w:rsid w:val="007C4F37"/>
    <w:rsid w:val="007D0C27"/>
    <w:rsid w:val="00842B15"/>
    <w:rsid w:val="00870D44"/>
    <w:rsid w:val="008A7575"/>
    <w:rsid w:val="008B332C"/>
    <w:rsid w:val="008F622F"/>
    <w:rsid w:val="00903C8A"/>
    <w:rsid w:val="00906493"/>
    <w:rsid w:val="0091769E"/>
    <w:rsid w:val="009424C8"/>
    <w:rsid w:val="00996F4B"/>
    <w:rsid w:val="009B542C"/>
    <w:rsid w:val="009D11BD"/>
    <w:rsid w:val="009F0F21"/>
    <w:rsid w:val="009F2EB4"/>
    <w:rsid w:val="009F5BBE"/>
    <w:rsid w:val="00A22586"/>
    <w:rsid w:val="00AA1D8D"/>
    <w:rsid w:val="00AA5644"/>
    <w:rsid w:val="00AA6FE6"/>
    <w:rsid w:val="00AB21CC"/>
    <w:rsid w:val="00B273E7"/>
    <w:rsid w:val="00B47730"/>
    <w:rsid w:val="00B53065"/>
    <w:rsid w:val="00B63E85"/>
    <w:rsid w:val="00B94EC3"/>
    <w:rsid w:val="00BB19E3"/>
    <w:rsid w:val="00BD5BBB"/>
    <w:rsid w:val="00BE44E9"/>
    <w:rsid w:val="00BF0AB8"/>
    <w:rsid w:val="00C06EF1"/>
    <w:rsid w:val="00C220D0"/>
    <w:rsid w:val="00C44105"/>
    <w:rsid w:val="00C546DB"/>
    <w:rsid w:val="00C74B5A"/>
    <w:rsid w:val="00CB0664"/>
    <w:rsid w:val="00CB4DED"/>
    <w:rsid w:val="00D23099"/>
    <w:rsid w:val="00D46AF7"/>
    <w:rsid w:val="00DB7C7A"/>
    <w:rsid w:val="00DC602F"/>
    <w:rsid w:val="00DE2A11"/>
    <w:rsid w:val="00E41B24"/>
    <w:rsid w:val="00E53FAC"/>
    <w:rsid w:val="00E841D9"/>
    <w:rsid w:val="00EA1D1B"/>
    <w:rsid w:val="00EB05AD"/>
    <w:rsid w:val="00EB79D8"/>
    <w:rsid w:val="00EC0A1F"/>
    <w:rsid w:val="00EE4162"/>
    <w:rsid w:val="00F0225C"/>
    <w:rsid w:val="00F050AC"/>
    <w:rsid w:val="00F15395"/>
    <w:rsid w:val="00F32C0D"/>
    <w:rsid w:val="00FC693F"/>
    <w:rsid w:val="00FD5B9D"/>
    <w:rsid w:val="00FF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770ADA"/>
  <w14:defaultImageDpi w14:val="300"/>
  <w15:docId w15:val="{DBD5E635-2C54-49D5-A332-E457AF2B2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18BF"/>
  </w:style>
  <w:style w:type="paragraph" w:styleId="Bunntekst">
    <w:name w:val="footer"/>
    <w:basedOn w:val="Normal"/>
    <w:link w:val="Bunntekst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18BF"/>
  </w:style>
  <w:style w:type="paragraph" w:styleId="Ingenmellomrom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tel">
    <w:name w:val="Title"/>
    <w:basedOn w:val="Normal"/>
    <w:next w:val="Normal"/>
    <w:link w:val="Tit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vsnit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merertliste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merertliste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merertliste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Sitat">
    <w:name w:val="Quote"/>
    <w:basedOn w:val="Normal"/>
    <w:next w:val="Normal"/>
    <w:link w:val="SitatTegn"/>
    <w:uiPriority w:val="29"/>
    <w:qFormat/>
    <w:rsid w:val="00FC693F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erk">
    <w:name w:val="Strong"/>
    <w:basedOn w:val="Standardskriftforavsnitt"/>
    <w:uiPriority w:val="22"/>
    <w:qFormat/>
    <w:rsid w:val="00FC693F"/>
    <w:rPr>
      <w:b/>
      <w:bCs/>
    </w:rPr>
  </w:style>
  <w:style w:type="character" w:styleId="Utheving">
    <w:name w:val="Emphasis"/>
    <w:basedOn w:val="Standardskriftforavsnitt"/>
    <w:uiPriority w:val="20"/>
    <w:qFormat/>
    <w:rsid w:val="00FC693F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C693F"/>
    <w:rPr>
      <w:b/>
      <w:bCs/>
      <w:i/>
      <w:iCs/>
      <w:color w:val="4F81BD" w:themeColor="accent1"/>
    </w:rPr>
  </w:style>
  <w:style w:type="character" w:styleId="Svakutheving">
    <w:name w:val="Subtle Emphasis"/>
    <w:basedOn w:val="Standardskriftforavsnitt"/>
    <w:uiPriority w:val="19"/>
    <w:qFormat/>
    <w:rsid w:val="00FC693F"/>
    <w:rPr>
      <w:i/>
      <w:iCs/>
      <w:color w:val="808080" w:themeColor="text1" w:themeTint="7F"/>
    </w:rPr>
  </w:style>
  <w:style w:type="character" w:styleId="Sterkutheving">
    <w:name w:val="Intense Emphasis"/>
    <w:basedOn w:val="Standardskriftforavsnitt"/>
    <w:uiPriority w:val="21"/>
    <w:qFormat/>
    <w:rsid w:val="00FC693F"/>
    <w:rPr>
      <w:b/>
      <w:bCs/>
      <w:i/>
      <w:iCs/>
      <w:color w:val="4F81BD" w:themeColor="accent1"/>
    </w:rPr>
  </w:style>
  <w:style w:type="character" w:styleId="Svakreferanse">
    <w:name w:val="Subtle Reference"/>
    <w:basedOn w:val="Standardskriftforavsnitt"/>
    <w:uiPriority w:val="31"/>
    <w:qFormat/>
    <w:rsid w:val="00FC693F"/>
    <w:rPr>
      <w:smallCaps/>
      <w:color w:val="C0504D" w:themeColor="accent2"/>
      <w:u w:val="single"/>
    </w:rPr>
  </w:style>
  <w:style w:type="character" w:styleId="Sterkreferanse">
    <w:name w:val="Intense Reference"/>
    <w:basedOn w:val="Standardskriftforav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basedOn w:val="Standardskriftforavsnitt"/>
    <w:uiPriority w:val="33"/>
    <w:qFormat/>
    <w:rsid w:val="00FC693F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lrutenett">
    <w:name w:val="Table Grid"/>
    <w:basedOn w:val="Vanlig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legging">
    <w:name w:val="Light Shading"/>
    <w:basedOn w:val="Vanlig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rutenett">
    <w:name w:val="Light Grid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ddelsskyggelegging1">
    <w:name w:val="Medium Shading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liste1">
    <w:name w:val="Medium Lis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gerikskyggelegging">
    <w:name w:val="Colorful Shading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liste">
    <w:name w:val="Colorful List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geriktrutenett">
    <w:name w:val="Colorful Grid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kobling">
    <w:name w:val="Hyperlink"/>
    <w:basedOn w:val="Standardskriftforavsnitt"/>
    <w:uiPriority w:val="99"/>
    <w:unhideWhenUsed/>
    <w:rsid w:val="009424C8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424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B7C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ostmottak@sarpsborg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73b82a4-3fd0-43a3-82e7-d50992add046}" enabled="0" method="" siteId="{d73b82a4-3fd0-43a3-82e7-d50992add0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18</Pages>
  <Words>3929</Words>
  <Characters>20824</Characters>
  <Application>Microsoft Office Word</Application>
  <DocSecurity>0</DocSecurity>
  <Lines>173</Lines>
  <Paragraphs>49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24704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Silje Louise Jarild Waters</cp:lastModifiedBy>
  <cp:revision>87</cp:revision>
  <dcterms:created xsi:type="dcterms:W3CDTF">2026-03-24T09:57:00Z</dcterms:created>
  <dcterms:modified xsi:type="dcterms:W3CDTF">2026-08-18T08:01:00Z</dcterms:modified>
  <cp:category/>
</cp:coreProperties>
</file>