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D48AAC" w14:textId="77777777" w:rsidR="004A1571" w:rsidRPr="00B3464E" w:rsidRDefault="00A947BB">
      <w:pPr>
        <w:jc w:val="center"/>
        <w:rPr>
          <w:lang w:val="nb-NO"/>
        </w:rPr>
      </w:pPr>
      <w:r w:rsidRPr="00B3464E">
        <w:rPr>
          <w:b/>
          <w:sz w:val="36"/>
          <w:lang w:val="nb-NO"/>
        </w:rPr>
        <w:t>Søknadsskjema – driftstilskudd til kulturorganisasjoner</w:t>
      </w:r>
    </w:p>
    <w:p w14:paraId="5370C316" w14:textId="0D4441FC" w:rsidR="006174FD" w:rsidRPr="006174FD" w:rsidRDefault="00A947BB" w:rsidP="006174FD">
      <w:pPr>
        <w:jc w:val="center"/>
        <w:rPr>
          <w:i/>
          <w:lang w:val="nb-NO"/>
        </w:rPr>
      </w:pPr>
      <w:r w:rsidRPr="00B3464E">
        <w:rPr>
          <w:i/>
          <w:lang w:val="nb-NO"/>
        </w:rPr>
        <w:t>Sarpsborg kommune · Søknadsfrist 1. oktober</w:t>
      </w:r>
      <w:r w:rsidR="006174FD">
        <w:rPr>
          <w:i/>
          <w:lang w:val="nb-NO"/>
        </w:rPr>
        <w:br/>
      </w:r>
      <w:r w:rsidR="006174FD" w:rsidRPr="006174FD">
        <w:rPr>
          <w:i/>
          <w:lang w:val="nb-NO"/>
        </w:rPr>
        <w:t xml:space="preserve">Ferdig utfylt dokument sendes til </w:t>
      </w:r>
      <w:hyperlink r:id="rId6" w:history="1">
        <w:r w:rsidR="006174FD" w:rsidRPr="006174FD">
          <w:rPr>
            <w:rStyle w:val="Hyperkobling"/>
            <w:i/>
            <w:lang w:val="nb-NO"/>
          </w:rPr>
          <w:t>postmottak@sarpsborg.com</w:t>
        </w:r>
      </w:hyperlink>
      <w:r w:rsidR="006174FD" w:rsidRPr="006174FD">
        <w:rPr>
          <w:i/>
          <w:lang w:val="nb-NO"/>
        </w:rPr>
        <w:t xml:space="preserve"> og merkes med «Driftstilskudd til </w:t>
      </w:r>
      <w:r w:rsidR="006174FD">
        <w:rPr>
          <w:i/>
          <w:lang w:val="nb-NO"/>
        </w:rPr>
        <w:t>kultur</w:t>
      </w:r>
      <w:r w:rsidR="006174FD" w:rsidRPr="006174FD">
        <w:rPr>
          <w:i/>
          <w:lang w:val="nb-NO"/>
        </w:rPr>
        <w:t>organisasjoner 2027»</w:t>
      </w:r>
    </w:p>
    <w:p w14:paraId="255B48C4" w14:textId="77777777" w:rsidR="004A1571" w:rsidRPr="00B3464E" w:rsidRDefault="00A947BB">
      <w:pPr>
        <w:pStyle w:val="Overskrift1"/>
        <w:spacing w:before="200" w:after="100"/>
        <w:rPr>
          <w:lang w:val="nb-NO"/>
        </w:rPr>
      </w:pPr>
      <w:r w:rsidRPr="00B3464E">
        <w:rPr>
          <w:lang w:val="nb-NO"/>
        </w:rPr>
        <w:t>1. Opplysninger om søker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660"/>
        <w:gridCol w:w="7528"/>
      </w:tblGrid>
      <w:tr w:rsidR="00510A8D" w:rsidRPr="0033568B" w14:paraId="66075162" w14:textId="77777777" w:rsidTr="000C74F5">
        <w:tc>
          <w:tcPr>
            <w:tcW w:w="2660" w:type="dxa"/>
          </w:tcPr>
          <w:p w14:paraId="7D0625A6" w14:textId="77777777" w:rsidR="00510A8D" w:rsidRPr="0033568B" w:rsidRDefault="00510A8D" w:rsidP="000C74F5">
            <w:pPr>
              <w:spacing w:after="40"/>
            </w:pPr>
            <w:proofErr w:type="spellStart"/>
            <w:r w:rsidRPr="0033568B">
              <w:rPr>
                <w:b/>
              </w:rPr>
              <w:t>Organisasjonens</w:t>
            </w:r>
            <w:proofErr w:type="spellEnd"/>
            <w:r w:rsidRPr="0033568B">
              <w:rPr>
                <w:b/>
              </w:rPr>
              <w:t xml:space="preserve"> </w:t>
            </w:r>
            <w:proofErr w:type="spellStart"/>
            <w:r w:rsidRPr="0033568B">
              <w:rPr>
                <w:b/>
              </w:rPr>
              <w:t>navn</w:t>
            </w:r>
            <w:proofErr w:type="spellEnd"/>
            <w:r w:rsidRPr="0033568B">
              <w:rPr>
                <w:b/>
              </w:rPr>
              <w:t>:</w:t>
            </w:r>
            <w:r>
              <w:rPr>
                <w:b/>
              </w:rPr>
              <w:br/>
            </w:r>
          </w:p>
        </w:tc>
        <w:tc>
          <w:tcPr>
            <w:tcW w:w="7528" w:type="dxa"/>
          </w:tcPr>
          <w:p w14:paraId="6FDF5686" w14:textId="77777777" w:rsidR="00510A8D" w:rsidRPr="0033568B" w:rsidRDefault="00510A8D" w:rsidP="000C74F5">
            <w:pPr>
              <w:spacing w:after="40"/>
              <w:rPr>
                <w:b/>
              </w:rPr>
            </w:pPr>
          </w:p>
        </w:tc>
      </w:tr>
      <w:tr w:rsidR="00510A8D" w:rsidRPr="0033568B" w14:paraId="21A88FDA" w14:textId="77777777" w:rsidTr="000C74F5">
        <w:tc>
          <w:tcPr>
            <w:tcW w:w="2660" w:type="dxa"/>
          </w:tcPr>
          <w:p w14:paraId="41C9FC6F" w14:textId="77777777" w:rsidR="00510A8D" w:rsidRPr="0033568B" w:rsidRDefault="00510A8D" w:rsidP="000C74F5">
            <w:pPr>
              <w:spacing w:after="40"/>
              <w:rPr>
                <w:lang w:val="nb-NO"/>
              </w:rPr>
            </w:pPr>
            <w:r w:rsidRPr="0033568B">
              <w:rPr>
                <w:b/>
                <w:lang w:val="nb-NO"/>
              </w:rPr>
              <w:t>Organisasjonsnummer:</w:t>
            </w:r>
            <w:r>
              <w:rPr>
                <w:b/>
                <w:lang w:val="nb-NO"/>
              </w:rPr>
              <w:br/>
            </w:r>
          </w:p>
        </w:tc>
        <w:tc>
          <w:tcPr>
            <w:tcW w:w="7528" w:type="dxa"/>
          </w:tcPr>
          <w:p w14:paraId="7CE61460" w14:textId="77777777" w:rsidR="00510A8D" w:rsidRPr="0033568B" w:rsidRDefault="00510A8D" w:rsidP="000C74F5">
            <w:pPr>
              <w:spacing w:after="40"/>
              <w:rPr>
                <w:b/>
                <w:lang w:val="nb-NO"/>
              </w:rPr>
            </w:pPr>
          </w:p>
        </w:tc>
      </w:tr>
      <w:tr w:rsidR="00510A8D" w:rsidRPr="0033568B" w14:paraId="56596A06" w14:textId="77777777" w:rsidTr="000C74F5">
        <w:tc>
          <w:tcPr>
            <w:tcW w:w="2660" w:type="dxa"/>
          </w:tcPr>
          <w:p w14:paraId="5AA3641A" w14:textId="77777777" w:rsidR="00510A8D" w:rsidRPr="0033568B" w:rsidRDefault="00510A8D" w:rsidP="000C74F5">
            <w:pPr>
              <w:spacing w:after="40"/>
              <w:rPr>
                <w:lang w:val="nb-NO"/>
              </w:rPr>
            </w:pPr>
            <w:r w:rsidRPr="0033568B">
              <w:rPr>
                <w:b/>
                <w:lang w:val="nb-NO"/>
              </w:rPr>
              <w:t>Postadresse:</w:t>
            </w:r>
            <w:r>
              <w:rPr>
                <w:b/>
                <w:lang w:val="nb-NO"/>
              </w:rPr>
              <w:br/>
            </w:r>
          </w:p>
        </w:tc>
        <w:tc>
          <w:tcPr>
            <w:tcW w:w="7528" w:type="dxa"/>
          </w:tcPr>
          <w:p w14:paraId="49442558" w14:textId="77777777" w:rsidR="00510A8D" w:rsidRPr="0033568B" w:rsidRDefault="00510A8D" w:rsidP="000C74F5">
            <w:pPr>
              <w:spacing w:after="40"/>
              <w:rPr>
                <w:b/>
                <w:lang w:val="nb-NO"/>
              </w:rPr>
            </w:pPr>
          </w:p>
        </w:tc>
      </w:tr>
      <w:tr w:rsidR="00510A8D" w:rsidRPr="0033568B" w14:paraId="77B52C38" w14:textId="77777777" w:rsidTr="000C74F5">
        <w:tc>
          <w:tcPr>
            <w:tcW w:w="2660" w:type="dxa"/>
          </w:tcPr>
          <w:p w14:paraId="3F4545D7" w14:textId="77777777" w:rsidR="00510A8D" w:rsidRPr="0033568B" w:rsidRDefault="00510A8D" w:rsidP="000C74F5">
            <w:pPr>
              <w:spacing w:after="40"/>
              <w:rPr>
                <w:lang w:val="nb-NO"/>
              </w:rPr>
            </w:pPr>
            <w:r w:rsidRPr="0033568B">
              <w:rPr>
                <w:b/>
                <w:lang w:val="nb-NO"/>
              </w:rPr>
              <w:t>Kontaktperson:</w:t>
            </w:r>
            <w:r>
              <w:rPr>
                <w:b/>
                <w:lang w:val="nb-NO"/>
              </w:rPr>
              <w:br/>
            </w:r>
          </w:p>
        </w:tc>
        <w:tc>
          <w:tcPr>
            <w:tcW w:w="7528" w:type="dxa"/>
          </w:tcPr>
          <w:p w14:paraId="5F9524E4" w14:textId="77777777" w:rsidR="00510A8D" w:rsidRPr="0033568B" w:rsidRDefault="00510A8D" w:rsidP="000C74F5">
            <w:pPr>
              <w:spacing w:after="40"/>
              <w:rPr>
                <w:b/>
                <w:lang w:val="nb-NO"/>
              </w:rPr>
            </w:pPr>
          </w:p>
        </w:tc>
      </w:tr>
      <w:tr w:rsidR="00510A8D" w:rsidRPr="0033568B" w14:paraId="5DBDF3CE" w14:textId="77777777" w:rsidTr="000C74F5">
        <w:tc>
          <w:tcPr>
            <w:tcW w:w="2660" w:type="dxa"/>
          </w:tcPr>
          <w:p w14:paraId="7C6E6809" w14:textId="77777777" w:rsidR="00510A8D" w:rsidRPr="0033568B" w:rsidRDefault="00510A8D" w:rsidP="000C74F5">
            <w:pPr>
              <w:spacing w:after="40"/>
              <w:rPr>
                <w:lang w:val="nb-NO"/>
              </w:rPr>
            </w:pPr>
            <w:r w:rsidRPr="0033568B">
              <w:rPr>
                <w:b/>
                <w:lang w:val="nb-NO"/>
              </w:rPr>
              <w:t>Telefon:</w:t>
            </w:r>
            <w:r>
              <w:rPr>
                <w:b/>
                <w:lang w:val="nb-NO"/>
              </w:rPr>
              <w:br/>
            </w:r>
          </w:p>
        </w:tc>
        <w:tc>
          <w:tcPr>
            <w:tcW w:w="7528" w:type="dxa"/>
          </w:tcPr>
          <w:p w14:paraId="329A1FAD" w14:textId="77777777" w:rsidR="00510A8D" w:rsidRPr="0033568B" w:rsidRDefault="00510A8D" w:rsidP="000C74F5">
            <w:pPr>
              <w:spacing w:after="40"/>
              <w:rPr>
                <w:b/>
                <w:lang w:val="nb-NO"/>
              </w:rPr>
            </w:pPr>
          </w:p>
        </w:tc>
      </w:tr>
      <w:tr w:rsidR="00510A8D" w:rsidRPr="0033568B" w14:paraId="1B7970D5" w14:textId="77777777" w:rsidTr="000C74F5">
        <w:tc>
          <w:tcPr>
            <w:tcW w:w="2660" w:type="dxa"/>
          </w:tcPr>
          <w:p w14:paraId="5B3F1C5F" w14:textId="77777777" w:rsidR="00510A8D" w:rsidRPr="0033568B" w:rsidRDefault="00510A8D" w:rsidP="000C74F5">
            <w:pPr>
              <w:spacing w:after="40"/>
              <w:rPr>
                <w:lang w:val="nb-NO"/>
              </w:rPr>
            </w:pPr>
            <w:r w:rsidRPr="0033568B">
              <w:rPr>
                <w:b/>
                <w:lang w:val="nb-NO"/>
              </w:rPr>
              <w:t xml:space="preserve">E-post: </w:t>
            </w:r>
            <w:r>
              <w:rPr>
                <w:b/>
                <w:lang w:val="nb-NO"/>
              </w:rPr>
              <w:br/>
            </w:r>
          </w:p>
        </w:tc>
        <w:tc>
          <w:tcPr>
            <w:tcW w:w="7528" w:type="dxa"/>
          </w:tcPr>
          <w:p w14:paraId="1F304FFD" w14:textId="77777777" w:rsidR="00510A8D" w:rsidRPr="0033568B" w:rsidRDefault="00510A8D" w:rsidP="000C74F5">
            <w:pPr>
              <w:spacing w:after="40"/>
              <w:rPr>
                <w:b/>
                <w:lang w:val="nb-NO"/>
              </w:rPr>
            </w:pPr>
          </w:p>
        </w:tc>
      </w:tr>
    </w:tbl>
    <w:p w14:paraId="7E2B8729" w14:textId="77777777" w:rsidR="00F9514F" w:rsidRPr="00A52BD9" w:rsidRDefault="00F9514F" w:rsidP="00F9514F">
      <w:pPr>
        <w:rPr>
          <w:i/>
          <w:iCs/>
          <w:lang w:val="nb-NO"/>
        </w:rPr>
      </w:pPr>
      <w:r>
        <w:rPr>
          <w:i/>
          <w:iCs/>
          <w:lang w:val="nb-NO"/>
        </w:rPr>
        <w:br/>
      </w:r>
      <w:proofErr w:type="spellStart"/>
      <w:r w:rsidRPr="00A52BD9">
        <w:rPr>
          <w:i/>
          <w:iCs/>
          <w:lang w:val="nb-NO"/>
        </w:rPr>
        <w:t>Svar</w:t>
      </w:r>
      <w:proofErr w:type="spellEnd"/>
      <w:r w:rsidRPr="00A52BD9">
        <w:rPr>
          <w:i/>
          <w:iCs/>
          <w:lang w:val="nb-NO"/>
        </w:rPr>
        <w:t xml:space="preserve"> </w:t>
      </w:r>
      <w:r w:rsidRPr="0033568B">
        <w:rPr>
          <w:b/>
          <w:bCs/>
          <w:i/>
          <w:iCs/>
          <w:lang w:val="nb-NO"/>
        </w:rPr>
        <w:t xml:space="preserve">ja </w:t>
      </w:r>
      <w:r w:rsidRPr="00A52BD9">
        <w:rPr>
          <w:i/>
          <w:iCs/>
          <w:lang w:val="nb-NO"/>
        </w:rPr>
        <w:t xml:space="preserve">eller </w:t>
      </w:r>
      <w:r w:rsidRPr="0033568B">
        <w:rPr>
          <w:b/>
          <w:bCs/>
          <w:i/>
          <w:iCs/>
          <w:lang w:val="nb-NO"/>
        </w:rPr>
        <w:t xml:space="preserve">nei </w:t>
      </w:r>
      <w:r w:rsidRPr="00A52BD9">
        <w:rPr>
          <w:i/>
          <w:iCs/>
          <w:lang w:val="nb-NO"/>
        </w:rPr>
        <w:t xml:space="preserve">bak </w:t>
      </w:r>
      <w:r>
        <w:rPr>
          <w:i/>
          <w:iCs/>
          <w:lang w:val="nb-NO"/>
        </w:rPr>
        <w:t xml:space="preserve">hver av de tre setningene nedenfor: </w:t>
      </w:r>
      <w:r w:rsidRPr="00A52BD9">
        <w:rPr>
          <w:i/>
          <w:iCs/>
          <w:lang w:val="nb-NO"/>
        </w:rPr>
        <w:t xml:space="preserve"> </w:t>
      </w:r>
    </w:p>
    <w:p w14:paraId="66ED2F6C" w14:textId="77777777" w:rsidR="00F9514F" w:rsidRPr="00CB2C51" w:rsidRDefault="00F9514F" w:rsidP="00F9514F">
      <w:pPr>
        <w:rPr>
          <w:lang w:val="nb-NO"/>
        </w:rPr>
      </w:pPr>
      <w:r w:rsidRPr="00CB2C51">
        <w:rPr>
          <w:lang w:val="nb-NO"/>
        </w:rPr>
        <w:t>Organisasjonen er registrert i Frivillighetsregisteret (Brønnøysundregistrene)</w:t>
      </w:r>
      <w:r>
        <w:rPr>
          <w:lang w:val="nb-NO"/>
        </w:rPr>
        <w:t xml:space="preserve">: </w:t>
      </w:r>
    </w:p>
    <w:p w14:paraId="34412212" w14:textId="77777777" w:rsidR="00F9514F" w:rsidRPr="00CB2C51" w:rsidRDefault="00F9514F" w:rsidP="00F9514F">
      <w:pPr>
        <w:rPr>
          <w:lang w:val="nb-NO"/>
        </w:rPr>
      </w:pPr>
      <w:r w:rsidRPr="00CB2C51">
        <w:rPr>
          <w:lang w:val="nb-NO"/>
        </w:rPr>
        <w:t>Organisasjonen har tilhørighet i Sarpsborg kommune</w:t>
      </w:r>
      <w:r>
        <w:rPr>
          <w:lang w:val="nb-NO"/>
        </w:rPr>
        <w:t xml:space="preserve">: </w:t>
      </w:r>
    </w:p>
    <w:p w14:paraId="41C4CC3A" w14:textId="2A2D6C2D" w:rsidR="00F9514F" w:rsidRPr="00CB2C51" w:rsidRDefault="00F9514F" w:rsidP="00F9514F">
      <w:pPr>
        <w:rPr>
          <w:lang w:val="nb-NO"/>
        </w:rPr>
      </w:pPr>
      <w:r w:rsidRPr="00CB2C51">
        <w:rPr>
          <w:lang w:val="nb-NO"/>
        </w:rPr>
        <w:t>Organisasjonen er medlem av Sa</w:t>
      </w:r>
      <w:r>
        <w:rPr>
          <w:lang w:val="nb-NO"/>
        </w:rPr>
        <w:t>rpsborg kultur- og musikkråd eller Sarpsborg friluftsråd:</w:t>
      </w:r>
    </w:p>
    <w:p w14:paraId="073432F8" w14:textId="77777777" w:rsidR="00B3464E" w:rsidRDefault="00B3464E" w:rsidP="00B3464E">
      <w:pPr>
        <w:spacing w:after="40"/>
        <w:rPr>
          <w:b/>
          <w:lang w:val="nb-NO"/>
        </w:rPr>
      </w:pPr>
    </w:p>
    <w:p w14:paraId="6B79B5C6" w14:textId="502A70BF" w:rsidR="004A1571" w:rsidRDefault="00A947BB" w:rsidP="00B3464E">
      <w:pPr>
        <w:spacing w:after="40"/>
        <w:rPr>
          <w:b/>
          <w:lang w:val="nb-NO"/>
        </w:rPr>
      </w:pPr>
      <w:r w:rsidRPr="00B3464E">
        <w:rPr>
          <w:b/>
          <w:lang w:val="nb-NO"/>
        </w:rPr>
        <w:t>Kort beskrivelse av organisasjonens formål og hovedaktivitet:</w:t>
      </w:r>
    </w:p>
    <w:p w14:paraId="10708AE5" w14:textId="149A02AA" w:rsidR="00B3464E" w:rsidRPr="00B3464E" w:rsidRDefault="00A96CDC" w:rsidP="00B3464E">
      <w:pPr>
        <w:spacing w:after="40"/>
        <w:rPr>
          <w:lang w:val="nb-NO"/>
        </w:rPr>
      </w:pPr>
      <w:r w:rsidRPr="0033568B">
        <w:rPr>
          <w:noProof/>
          <w:sz w:val="18"/>
          <w:lang w:val="nb-NO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364F8D7" wp14:editId="03AB3C15">
                <wp:simplePos x="0" y="0"/>
                <wp:positionH relativeFrom="column">
                  <wp:posOffset>0</wp:posOffset>
                </wp:positionH>
                <wp:positionV relativeFrom="paragraph">
                  <wp:posOffset>235585</wp:posOffset>
                </wp:positionV>
                <wp:extent cx="5996940" cy="2000250"/>
                <wp:effectExtent l="0" t="0" r="22860" b="19050"/>
                <wp:wrapSquare wrapText="bothSides"/>
                <wp:docPr id="217" name="Tekstbok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96940" cy="2000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D38931" w14:textId="77777777" w:rsidR="00A96CDC" w:rsidRPr="0033568B" w:rsidRDefault="00A96CDC" w:rsidP="00A96CDC">
                            <w:pPr>
                              <w:rPr>
                                <w:lang w:val="nb-N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364F8D7" id="_x0000_t202" coordsize="21600,21600" o:spt="202" path="m,l,21600r21600,l21600,xe">
                <v:stroke joinstyle="miter"/>
                <v:path gradientshapeok="t" o:connecttype="rect"/>
              </v:shapetype>
              <v:shape id="Tekstboks 2" o:spid="_x0000_s1026" type="#_x0000_t202" style="position:absolute;margin-left:0;margin-top:18.55pt;width:472.2pt;height:157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">
                <v:textbox>
                  <w:txbxContent>
                    <w:p w14:paraId="6DD38931" w14:textId="77777777" w:rsidR="00A96CDC" w:rsidRPr="0033568B" w:rsidRDefault="00A96CDC" w:rsidP="00A96CDC">
                      <w:pPr>
                        <w:rPr>
                          <w:lang w:val="nb-NO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0F50B2F" w14:textId="460B70CB" w:rsidR="004A1571" w:rsidRPr="00B3464E" w:rsidRDefault="00A96CDC">
      <w:pPr>
        <w:pStyle w:val="Overskrift1"/>
        <w:spacing w:before="200" w:after="100"/>
        <w:rPr>
          <w:lang w:val="nb-NO"/>
        </w:rPr>
      </w:pPr>
      <w:r>
        <w:rPr>
          <w:lang w:val="nb-NO"/>
        </w:rPr>
        <w:br w:type="column"/>
      </w:r>
      <w:r w:rsidR="00A947BB" w:rsidRPr="00B3464E">
        <w:rPr>
          <w:lang w:val="nb-NO"/>
        </w:rPr>
        <w:lastRenderedPageBreak/>
        <w:t>2. Medlemmer som inngår i beregningsgrunnlaget</w:t>
      </w:r>
    </w:p>
    <w:tbl>
      <w:tblPr>
        <w:tblStyle w:val="Tabellrutenett"/>
        <w:tblW w:w="0" w:type="auto"/>
        <w:jc w:val="center"/>
        <w:tblLook w:val="04A0" w:firstRow="1" w:lastRow="0" w:firstColumn="1" w:lastColumn="0" w:noHBand="0" w:noVBand="1"/>
      </w:tblPr>
      <w:tblGrid>
        <w:gridCol w:w="3324"/>
        <w:gridCol w:w="3324"/>
        <w:gridCol w:w="3324"/>
      </w:tblGrid>
      <w:tr w:rsidR="004A1571" w14:paraId="4A217170" w14:textId="77777777">
        <w:trPr>
          <w:jc w:val="center"/>
        </w:trPr>
        <w:tc>
          <w:tcPr>
            <w:tcW w:w="3324" w:type="dxa"/>
            <w:shd w:val="clear" w:color="auto" w:fill="E7EEF3"/>
          </w:tcPr>
          <w:p w14:paraId="63BAF093" w14:textId="77777777" w:rsidR="004A1571" w:rsidRDefault="00A947BB">
            <w:proofErr w:type="spellStart"/>
            <w:r>
              <w:t>Kategori</w:t>
            </w:r>
            <w:proofErr w:type="spellEnd"/>
          </w:p>
        </w:tc>
        <w:tc>
          <w:tcPr>
            <w:tcW w:w="3324" w:type="dxa"/>
            <w:shd w:val="clear" w:color="auto" w:fill="E7EEF3"/>
          </w:tcPr>
          <w:p w14:paraId="15AC23D4" w14:textId="77777777" w:rsidR="004A1571" w:rsidRDefault="00A947BB">
            <w:r>
              <w:t xml:space="preserve">Antall </w:t>
            </w:r>
            <w:proofErr w:type="spellStart"/>
            <w:r>
              <w:t>medlemmer</w:t>
            </w:r>
            <w:proofErr w:type="spellEnd"/>
          </w:p>
        </w:tc>
        <w:tc>
          <w:tcPr>
            <w:tcW w:w="3324" w:type="dxa"/>
            <w:shd w:val="clear" w:color="auto" w:fill="E7EEF3"/>
          </w:tcPr>
          <w:p w14:paraId="07E72920" w14:textId="77777777" w:rsidR="004A1571" w:rsidRDefault="00A947BB">
            <w:proofErr w:type="spellStart"/>
            <w:r>
              <w:t>Merknad</w:t>
            </w:r>
            <w:proofErr w:type="spellEnd"/>
          </w:p>
        </w:tc>
      </w:tr>
      <w:tr w:rsidR="004A1571" w14:paraId="30F34B43" w14:textId="77777777">
        <w:trPr>
          <w:jc w:val="center"/>
        </w:trPr>
        <w:tc>
          <w:tcPr>
            <w:tcW w:w="3324" w:type="dxa"/>
          </w:tcPr>
          <w:p w14:paraId="0009B41A" w14:textId="798794F7" w:rsidR="004A1571" w:rsidRDefault="00A947BB">
            <w:r>
              <w:t xml:space="preserve">Kultur – barn 6–12 </w:t>
            </w:r>
            <w:proofErr w:type="spellStart"/>
            <w:r>
              <w:t>år</w:t>
            </w:r>
            <w:proofErr w:type="spellEnd"/>
            <w:r w:rsidR="008E2E82">
              <w:br/>
            </w:r>
          </w:p>
        </w:tc>
        <w:tc>
          <w:tcPr>
            <w:tcW w:w="3324" w:type="dxa"/>
          </w:tcPr>
          <w:p w14:paraId="0F4EF7D4" w14:textId="77777777" w:rsidR="004A1571" w:rsidRDefault="004A1571"/>
        </w:tc>
        <w:tc>
          <w:tcPr>
            <w:tcW w:w="3324" w:type="dxa"/>
          </w:tcPr>
          <w:p w14:paraId="63864433" w14:textId="77777777" w:rsidR="004A1571" w:rsidRDefault="00A947BB">
            <w:proofErr w:type="spellStart"/>
            <w:r>
              <w:t>Grunntall</w:t>
            </w:r>
            <w:proofErr w:type="spellEnd"/>
            <w:r>
              <w:t xml:space="preserve"> X1</w:t>
            </w:r>
          </w:p>
        </w:tc>
      </w:tr>
      <w:tr w:rsidR="004A1571" w14:paraId="7450BB33" w14:textId="77777777">
        <w:trPr>
          <w:jc w:val="center"/>
        </w:trPr>
        <w:tc>
          <w:tcPr>
            <w:tcW w:w="3324" w:type="dxa"/>
          </w:tcPr>
          <w:p w14:paraId="009B1ED6" w14:textId="616ACD67" w:rsidR="004A1571" w:rsidRDefault="00A947BB">
            <w:r>
              <w:t xml:space="preserve">Kultur – ungdom 13–19 </w:t>
            </w:r>
            <w:proofErr w:type="spellStart"/>
            <w:r>
              <w:t>år</w:t>
            </w:r>
            <w:proofErr w:type="spellEnd"/>
            <w:r w:rsidR="008E2E82">
              <w:br/>
            </w:r>
          </w:p>
        </w:tc>
        <w:tc>
          <w:tcPr>
            <w:tcW w:w="3324" w:type="dxa"/>
          </w:tcPr>
          <w:p w14:paraId="59FAB4E2" w14:textId="77777777" w:rsidR="004A1571" w:rsidRDefault="004A1571"/>
        </w:tc>
        <w:tc>
          <w:tcPr>
            <w:tcW w:w="3324" w:type="dxa"/>
          </w:tcPr>
          <w:p w14:paraId="01FA2456" w14:textId="77777777" w:rsidR="004A1571" w:rsidRDefault="00A947BB">
            <w:proofErr w:type="spellStart"/>
            <w:r>
              <w:t>Grunntall</w:t>
            </w:r>
            <w:proofErr w:type="spellEnd"/>
            <w:r>
              <w:t xml:space="preserve"> X1,5</w:t>
            </w:r>
          </w:p>
        </w:tc>
      </w:tr>
      <w:tr w:rsidR="004A1571" w14:paraId="5CD0326B" w14:textId="77777777">
        <w:trPr>
          <w:jc w:val="center"/>
        </w:trPr>
        <w:tc>
          <w:tcPr>
            <w:tcW w:w="3324" w:type="dxa"/>
          </w:tcPr>
          <w:p w14:paraId="582A8A11" w14:textId="5956C40E" w:rsidR="004A1571" w:rsidRDefault="00A947BB">
            <w:proofErr w:type="spellStart"/>
            <w:r>
              <w:t>Skolekorps</w:t>
            </w:r>
            <w:proofErr w:type="spellEnd"/>
            <w:r>
              <w:t xml:space="preserve"> – barn 6–12 </w:t>
            </w:r>
            <w:proofErr w:type="spellStart"/>
            <w:r>
              <w:t>år</w:t>
            </w:r>
            <w:proofErr w:type="spellEnd"/>
            <w:r w:rsidR="008E2E82">
              <w:br/>
            </w:r>
          </w:p>
        </w:tc>
        <w:tc>
          <w:tcPr>
            <w:tcW w:w="3324" w:type="dxa"/>
          </w:tcPr>
          <w:p w14:paraId="72FF865D" w14:textId="77777777" w:rsidR="004A1571" w:rsidRDefault="004A1571"/>
        </w:tc>
        <w:tc>
          <w:tcPr>
            <w:tcW w:w="3324" w:type="dxa"/>
          </w:tcPr>
          <w:p w14:paraId="4FD295F8" w14:textId="77777777" w:rsidR="004A1571" w:rsidRDefault="00A947BB">
            <w:proofErr w:type="spellStart"/>
            <w:r>
              <w:t>Grunntall</w:t>
            </w:r>
            <w:proofErr w:type="spellEnd"/>
            <w:r>
              <w:t xml:space="preserve"> X2,5</w:t>
            </w:r>
          </w:p>
        </w:tc>
      </w:tr>
      <w:tr w:rsidR="004A1571" w14:paraId="4B960D3D" w14:textId="77777777">
        <w:trPr>
          <w:jc w:val="center"/>
        </w:trPr>
        <w:tc>
          <w:tcPr>
            <w:tcW w:w="3324" w:type="dxa"/>
          </w:tcPr>
          <w:p w14:paraId="3A2B1F38" w14:textId="70AC2C8B" w:rsidR="004A1571" w:rsidRDefault="00A947BB">
            <w:proofErr w:type="spellStart"/>
            <w:r>
              <w:t>Skolekorps</w:t>
            </w:r>
            <w:proofErr w:type="spellEnd"/>
            <w:r>
              <w:t xml:space="preserve"> – ungdom 13–19 </w:t>
            </w:r>
            <w:proofErr w:type="spellStart"/>
            <w:r>
              <w:t>år</w:t>
            </w:r>
            <w:proofErr w:type="spellEnd"/>
            <w:r w:rsidR="008E2E82">
              <w:br/>
            </w:r>
          </w:p>
        </w:tc>
        <w:tc>
          <w:tcPr>
            <w:tcW w:w="3324" w:type="dxa"/>
          </w:tcPr>
          <w:p w14:paraId="235973D9" w14:textId="77777777" w:rsidR="004A1571" w:rsidRDefault="004A1571"/>
        </w:tc>
        <w:tc>
          <w:tcPr>
            <w:tcW w:w="3324" w:type="dxa"/>
          </w:tcPr>
          <w:p w14:paraId="39BE10C4" w14:textId="77777777" w:rsidR="004A1571" w:rsidRDefault="00A947BB">
            <w:proofErr w:type="spellStart"/>
            <w:r>
              <w:t>Grunntall</w:t>
            </w:r>
            <w:proofErr w:type="spellEnd"/>
            <w:r>
              <w:t xml:space="preserve"> X3</w:t>
            </w:r>
          </w:p>
        </w:tc>
      </w:tr>
      <w:tr w:rsidR="004A1571" w:rsidRPr="0070672A" w14:paraId="55843A57" w14:textId="77777777">
        <w:trPr>
          <w:jc w:val="center"/>
        </w:trPr>
        <w:tc>
          <w:tcPr>
            <w:tcW w:w="3324" w:type="dxa"/>
          </w:tcPr>
          <w:p w14:paraId="5686B56D" w14:textId="77777777" w:rsidR="004A1571" w:rsidRPr="00B3464E" w:rsidRDefault="00A947BB">
            <w:pPr>
              <w:rPr>
                <w:lang w:val="nb-NO"/>
              </w:rPr>
            </w:pPr>
            <w:r w:rsidRPr="00B3464E">
              <w:rPr>
                <w:lang w:val="nb-NO"/>
              </w:rPr>
              <w:t>Barn/unge med funksjonsnedsettelse og bistandsbehov</w:t>
            </w:r>
          </w:p>
        </w:tc>
        <w:tc>
          <w:tcPr>
            <w:tcW w:w="3324" w:type="dxa"/>
          </w:tcPr>
          <w:p w14:paraId="08EAEF64" w14:textId="77777777" w:rsidR="004A1571" w:rsidRPr="00B3464E" w:rsidRDefault="004A1571">
            <w:pPr>
              <w:rPr>
                <w:lang w:val="nb-NO"/>
              </w:rPr>
            </w:pPr>
          </w:p>
        </w:tc>
        <w:tc>
          <w:tcPr>
            <w:tcW w:w="3324" w:type="dxa"/>
          </w:tcPr>
          <w:p w14:paraId="37EE8C2C" w14:textId="77777777" w:rsidR="004A1571" w:rsidRPr="00B3464E" w:rsidRDefault="00A947BB">
            <w:pPr>
              <w:rPr>
                <w:lang w:val="nb-NO"/>
              </w:rPr>
            </w:pPr>
            <w:r w:rsidRPr="00B3464E">
              <w:rPr>
                <w:lang w:val="nb-NO"/>
              </w:rPr>
              <w:t>Grunntall X6 – kun ved reelt behov for tilrettelegging og/eller bistand</w:t>
            </w:r>
          </w:p>
        </w:tc>
      </w:tr>
    </w:tbl>
    <w:p w14:paraId="68621331" w14:textId="77777777" w:rsidR="00B3464E" w:rsidRDefault="00B3464E">
      <w:pPr>
        <w:spacing w:after="40"/>
        <w:rPr>
          <w:b/>
          <w:lang w:val="nb-NO"/>
        </w:rPr>
      </w:pPr>
    </w:p>
    <w:p w14:paraId="4CBF0AF3" w14:textId="488D1B6D" w:rsidR="004A1571" w:rsidRDefault="00A947BB">
      <w:pPr>
        <w:spacing w:after="40"/>
        <w:rPr>
          <w:b/>
          <w:lang w:val="nb-NO"/>
        </w:rPr>
      </w:pPr>
      <w:r w:rsidRPr="00B3464E">
        <w:rPr>
          <w:b/>
          <w:lang w:val="nb-NO"/>
        </w:rPr>
        <w:t>Beskriv kort behovet for tilrettelegging/bistand for medlemmer som er ført i siste kategori (ikke oppgi unødvendige helseopplysninger):</w:t>
      </w:r>
    </w:p>
    <w:p w14:paraId="7B5E9686" w14:textId="3682CD0E" w:rsidR="00B3464E" w:rsidRPr="00B3464E" w:rsidRDefault="00BD4EBF">
      <w:pPr>
        <w:spacing w:after="40"/>
        <w:rPr>
          <w:lang w:val="nb-NO"/>
        </w:rPr>
      </w:pPr>
      <w:r w:rsidRPr="0033568B">
        <w:rPr>
          <w:noProof/>
          <w:sz w:val="18"/>
          <w:lang w:val="nb-NO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3016781" wp14:editId="77EC9C66">
                <wp:simplePos x="0" y="0"/>
                <wp:positionH relativeFrom="column">
                  <wp:posOffset>0</wp:posOffset>
                </wp:positionH>
                <wp:positionV relativeFrom="paragraph">
                  <wp:posOffset>236220</wp:posOffset>
                </wp:positionV>
                <wp:extent cx="6086475" cy="552450"/>
                <wp:effectExtent l="0" t="0" r="28575" b="19050"/>
                <wp:wrapSquare wrapText="bothSides"/>
                <wp:docPr id="818506217" name="Tekstbok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86475" cy="552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87CA15" w14:textId="77777777" w:rsidR="00BD4EBF" w:rsidRPr="0033568B" w:rsidRDefault="00BD4EBF" w:rsidP="00BD4EBF">
                            <w:pPr>
                              <w:rPr>
                                <w:lang w:val="nb-N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016781" id="_x0000_s1027" type="#_x0000_t202" style="position:absolute;margin-left:0;margin-top:18.6pt;width:479.25pt;height:43.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">
                <v:textbox>
                  <w:txbxContent>
                    <w:p w14:paraId="4187CA15" w14:textId="77777777" w:rsidR="00BD4EBF" w:rsidRPr="0033568B" w:rsidRDefault="00BD4EBF" w:rsidP="00BD4EBF">
                      <w:pPr>
                        <w:rPr>
                          <w:lang w:val="nb-NO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28D01AC" w14:textId="77777777" w:rsidR="004A1571" w:rsidRDefault="00A947BB">
      <w:pPr>
        <w:pStyle w:val="Overskrift1"/>
        <w:spacing w:before="200" w:after="100"/>
        <w:rPr>
          <w:lang w:val="nb-NO"/>
        </w:rPr>
      </w:pPr>
      <w:r w:rsidRPr="00B3464E">
        <w:rPr>
          <w:lang w:val="nb-NO"/>
        </w:rPr>
        <w:t xml:space="preserve">3. Eide eller </w:t>
      </w:r>
      <w:proofErr w:type="spellStart"/>
      <w:r w:rsidRPr="00B3464E">
        <w:rPr>
          <w:lang w:val="nb-NO"/>
        </w:rPr>
        <w:t>langtidsleide</w:t>
      </w:r>
      <w:proofErr w:type="spellEnd"/>
      <w:r w:rsidRPr="00B3464E">
        <w:rPr>
          <w:lang w:val="nb-NO"/>
        </w:rPr>
        <w:t xml:space="preserve"> lokaler</w:t>
      </w:r>
    </w:p>
    <w:p w14:paraId="4F3BE8F6" w14:textId="155444D2" w:rsidR="002257CA" w:rsidRPr="002257CA" w:rsidRDefault="002257CA" w:rsidP="002257CA">
      <w:pPr>
        <w:rPr>
          <w:i/>
          <w:iCs/>
          <w:lang w:val="nb-NO"/>
        </w:rPr>
      </w:pPr>
      <w:proofErr w:type="spellStart"/>
      <w:r>
        <w:rPr>
          <w:i/>
          <w:iCs/>
          <w:lang w:val="nb-NO"/>
        </w:rPr>
        <w:t>Svar</w:t>
      </w:r>
      <w:proofErr w:type="spellEnd"/>
      <w:r>
        <w:rPr>
          <w:i/>
          <w:iCs/>
          <w:lang w:val="nb-NO"/>
        </w:rPr>
        <w:t xml:space="preserve"> </w:t>
      </w:r>
      <w:r>
        <w:rPr>
          <w:b/>
          <w:bCs/>
          <w:i/>
          <w:iCs/>
          <w:lang w:val="nb-NO"/>
        </w:rPr>
        <w:t xml:space="preserve">ja </w:t>
      </w:r>
      <w:r>
        <w:rPr>
          <w:i/>
          <w:iCs/>
          <w:lang w:val="nb-NO"/>
        </w:rPr>
        <w:t xml:space="preserve">eller </w:t>
      </w:r>
      <w:r>
        <w:rPr>
          <w:b/>
          <w:bCs/>
          <w:i/>
          <w:iCs/>
          <w:lang w:val="nb-NO"/>
        </w:rPr>
        <w:t xml:space="preserve">nei </w:t>
      </w:r>
      <w:r>
        <w:rPr>
          <w:i/>
          <w:iCs/>
          <w:lang w:val="nb-NO"/>
        </w:rPr>
        <w:t>bak setningen nedenfor:</w:t>
      </w:r>
    </w:p>
    <w:p w14:paraId="2FEE0343" w14:textId="452C3F42" w:rsidR="002257CA" w:rsidRPr="00B3464E" w:rsidRDefault="00A947BB">
      <w:pPr>
        <w:rPr>
          <w:lang w:val="nb-NO"/>
        </w:rPr>
      </w:pPr>
      <w:r w:rsidRPr="00B3464E">
        <w:rPr>
          <w:lang w:val="nb-NO"/>
        </w:rPr>
        <w:t xml:space="preserve">Det søkes om driftstøtte til eide eller </w:t>
      </w:r>
      <w:proofErr w:type="spellStart"/>
      <w:r w:rsidRPr="00B3464E">
        <w:rPr>
          <w:lang w:val="nb-NO"/>
        </w:rPr>
        <w:t>langtidsleide</w:t>
      </w:r>
      <w:proofErr w:type="spellEnd"/>
      <w:r w:rsidRPr="00B3464E">
        <w:rPr>
          <w:lang w:val="nb-NO"/>
        </w:rPr>
        <w:t xml:space="preserve"> lokaler hvor det foregår kulturaktivite</w:t>
      </w:r>
      <w:r w:rsidR="002257CA">
        <w:rPr>
          <w:lang w:val="nb-NO"/>
        </w:rPr>
        <w:t xml:space="preserve">t: </w:t>
      </w:r>
    </w:p>
    <w:p w14:paraId="2D58C265" w14:textId="77777777" w:rsidR="002257CA" w:rsidRDefault="002257CA">
      <w:pPr>
        <w:spacing w:after="40"/>
        <w:rPr>
          <w:lang w:val="nb-NO"/>
        </w:rPr>
      </w:pPr>
    </w:p>
    <w:p w14:paraId="51036E04" w14:textId="19F2CA84" w:rsidR="00CC6E14" w:rsidRPr="00802A95" w:rsidRDefault="00CC6E14" w:rsidP="00CC6E14">
      <w:pPr>
        <w:rPr>
          <w:i/>
          <w:iCs/>
          <w:lang w:val="nb-NO"/>
        </w:rPr>
      </w:pPr>
      <w:r>
        <w:rPr>
          <w:i/>
          <w:iCs/>
          <w:lang w:val="nb-NO"/>
        </w:rPr>
        <w:t xml:space="preserve">Det </w:t>
      </w:r>
      <w:proofErr w:type="spellStart"/>
      <w:r>
        <w:rPr>
          <w:i/>
          <w:iCs/>
          <w:lang w:val="nb-NO"/>
        </w:rPr>
        <w:t>nedenforstående</w:t>
      </w:r>
      <w:proofErr w:type="spellEnd"/>
      <w:r>
        <w:rPr>
          <w:i/>
          <w:iCs/>
          <w:lang w:val="nb-NO"/>
        </w:rPr>
        <w:t xml:space="preserve"> fylles kun ut dersom du har svart ja på at det søkes om støtte til lokaler. Det gis ikke støtte til leie av kommunale anlegg. </w:t>
      </w:r>
    </w:p>
    <w:p w14:paraId="776DE150" w14:textId="77777777" w:rsidR="002257CA" w:rsidRDefault="002257CA">
      <w:pPr>
        <w:spacing w:after="40"/>
        <w:rPr>
          <w:lang w:val="nb-NO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5595"/>
        <w:gridCol w:w="4593"/>
      </w:tblGrid>
      <w:tr w:rsidR="00074E58" w:rsidRPr="00074E58" w14:paraId="5EC659B1" w14:textId="79210B14" w:rsidTr="00074E58">
        <w:tc>
          <w:tcPr>
            <w:tcW w:w="5595" w:type="dxa"/>
          </w:tcPr>
          <w:p w14:paraId="7237B923" w14:textId="5E07DE0D" w:rsidR="00074E58" w:rsidRPr="00074E58" w:rsidRDefault="00074E58" w:rsidP="003818FE">
            <w:pPr>
              <w:spacing w:after="40"/>
              <w:rPr>
                <w:lang w:val="nb-NO"/>
              </w:rPr>
            </w:pPr>
            <w:r w:rsidRPr="00074E58">
              <w:rPr>
                <w:b/>
                <w:lang w:val="nb-NO"/>
              </w:rPr>
              <w:t>Navn på lokale:</w:t>
            </w:r>
            <w:r>
              <w:rPr>
                <w:b/>
                <w:lang w:val="nb-NO"/>
              </w:rPr>
              <w:br/>
            </w:r>
          </w:p>
        </w:tc>
        <w:tc>
          <w:tcPr>
            <w:tcW w:w="4593" w:type="dxa"/>
          </w:tcPr>
          <w:p w14:paraId="03B3036B" w14:textId="77777777" w:rsidR="00074E58" w:rsidRPr="00074E58" w:rsidRDefault="00074E58" w:rsidP="003818FE">
            <w:pPr>
              <w:spacing w:after="40"/>
              <w:rPr>
                <w:b/>
                <w:lang w:val="nb-NO"/>
              </w:rPr>
            </w:pPr>
          </w:p>
        </w:tc>
      </w:tr>
      <w:tr w:rsidR="00074E58" w:rsidRPr="00074E58" w14:paraId="124D2987" w14:textId="64550B37" w:rsidTr="00074E58">
        <w:tc>
          <w:tcPr>
            <w:tcW w:w="5595" w:type="dxa"/>
          </w:tcPr>
          <w:p w14:paraId="7A6BBD61" w14:textId="6EDE84FE" w:rsidR="00074E58" w:rsidRPr="00074E58" w:rsidRDefault="00074E58" w:rsidP="003818FE">
            <w:pPr>
              <w:spacing w:after="40"/>
              <w:rPr>
                <w:lang w:val="nb-NO"/>
              </w:rPr>
            </w:pPr>
            <w:r w:rsidRPr="00074E58">
              <w:rPr>
                <w:b/>
                <w:lang w:val="nb-NO"/>
              </w:rPr>
              <w:t>Adresse:</w:t>
            </w:r>
            <w:r>
              <w:rPr>
                <w:b/>
                <w:lang w:val="nb-NO"/>
              </w:rPr>
              <w:br/>
            </w:r>
          </w:p>
        </w:tc>
        <w:tc>
          <w:tcPr>
            <w:tcW w:w="4593" w:type="dxa"/>
          </w:tcPr>
          <w:p w14:paraId="2D9C2D39" w14:textId="77777777" w:rsidR="00074E58" w:rsidRPr="00074E58" w:rsidRDefault="00074E58" w:rsidP="003818FE">
            <w:pPr>
              <w:spacing w:after="40"/>
              <w:rPr>
                <w:b/>
                <w:lang w:val="nb-NO"/>
              </w:rPr>
            </w:pPr>
          </w:p>
        </w:tc>
      </w:tr>
      <w:tr w:rsidR="00074E58" w:rsidRPr="0070672A" w14:paraId="47425B9C" w14:textId="2D456A55" w:rsidTr="00074E58">
        <w:tc>
          <w:tcPr>
            <w:tcW w:w="5595" w:type="dxa"/>
          </w:tcPr>
          <w:p w14:paraId="353EDA1D" w14:textId="4761DE4E" w:rsidR="00074E58" w:rsidRPr="00074E58" w:rsidRDefault="00074E58" w:rsidP="003818FE">
            <w:pPr>
              <w:spacing w:after="40"/>
              <w:rPr>
                <w:b/>
                <w:lang w:val="nb-NO"/>
              </w:rPr>
            </w:pPr>
            <w:r w:rsidRPr="00074E58">
              <w:rPr>
                <w:b/>
                <w:lang w:val="nb-NO"/>
              </w:rPr>
              <w:t>Eierforhold /</w:t>
            </w:r>
            <w:r>
              <w:rPr>
                <w:b/>
                <w:lang w:val="nb-NO"/>
              </w:rPr>
              <w:t xml:space="preserve"> evt.</w:t>
            </w:r>
            <w:r w:rsidRPr="00074E58">
              <w:rPr>
                <w:b/>
                <w:lang w:val="nb-NO"/>
              </w:rPr>
              <w:t xml:space="preserve"> langtidsleie og leieperiode:</w:t>
            </w:r>
            <w:r>
              <w:rPr>
                <w:b/>
                <w:lang w:val="nb-NO"/>
              </w:rPr>
              <w:br/>
            </w:r>
          </w:p>
        </w:tc>
        <w:tc>
          <w:tcPr>
            <w:tcW w:w="4593" w:type="dxa"/>
          </w:tcPr>
          <w:p w14:paraId="5B0CF979" w14:textId="77777777" w:rsidR="00074E58" w:rsidRPr="00074E58" w:rsidRDefault="00074E58" w:rsidP="003818FE">
            <w:pPr>
              <w:spacing w:after="40"/>
              <w:rPr>
                <w:b/>
                <w:lang w:val="nb-NO"/>
              </w:rPr>
            </w:pPr>
          </w:p>
        </w:tc>
      </w:tr>
      <w:tr w:rsidR="00074E58" w:rsidRPr="0070672A" w14:paraId="2A81D70B" w14:textId="7917D2A3" w:rsidTr="00074E58">
        <w:tc>
          <w:tcPr>
            <w:tcW w:w="5595" w:type="dxa"/>
          </w:tcPr>
          <w:p w14:paraId="57C137AD" w14:textId="76FC8C6D" w:rsidR="00074E58" w:rsidRPr="00074E58" w:rsidRDefault="00074E58" w:rsidP="003818FE">
            <w:pPr>
              <w:spacing w:after="40"/>
              <w:rPr>
                <w:b/>
                <w:lang w:val="nb-NO"/>
              </w:rPr>
            </w:pPr>
            <w:r w:rsidRPr="00074E58">
              <w:rPr>
                <w:b/>
                <w:lang w:val="nb-NO"/>
              </w:rPr>
              <w:t>Beskriv aktivitetsnivået i lokalet (omfang/hyppighet og type aktivitet)</w:t>
            </w:r>
            <w:r w:rsidR="00767A60">
              <w:rPr>
                <w:b/>
                <w:lang w:val="nb-NO"/>
              </w:rPr>
              <w:br/>
            </w:r>
          </w:p>
        </w:tc>
        <w:tc>
          <w:tcPr>
            <w:tcW w:w="4593" w:type="dxa"/>
          </w:tcPr>
          <w:p w14:paraId="21F8B40C" w14:textId="77777777" w:rsidR="00074E58" w:rsidRPr="00074E58" w:rsidRDefault="00074E58" w:rsidP="003818FE">
            <w:pPr>
              <w:spacing w:after="40"/>
              <w:rPr>
                <w:b/>
                <w:lang w:val="nb-NO"/>
              </w:rPr>
            </w:pPr>
          </w:p>
        </w:tc>
      </w:tr>
      <w:tr w:rsidR="00074E58" w:rsidRPr="0070672A" w14:paraId="386872E7" w14:textId="48A82359" w:rsidTr="00074E58">
        <w:tc>
          <w:tcPr>
            <w:tcW w:w="5595" w:type="dxa"/>
          </w:tcPr>
          <w:p w14:paraId="522389C0" w14:textId="1559014A" w:rsidR="00074E58" w:rsidRPr="00074E58" w:rsidRDefault="00074E58" w:rsidP="003818FE">
            <w:pPr>
              <w:spacing w:after="40"/>
              <w:rPr>
                <w:b/>
                <w:lang w:val="nb-NO"/>
              </w:rPr>
            </w:pPr>
            <w:r w:rsidRPr="00074E58">
              <w:rPr>
                <w:b/>
                <w:lang w:val="nb-NO"/>
              </w:rPr>
              <w:t xml:space="preserve">Beskriv byggets funksjon og betydning for </w:t>
            </w:r>
            <w:r w:rsidR="00767A60">
              <w:rPr>
                <w:b/>
                <w:lang w:val="nb-NO"/>
              </w:rPr>
              <w:t xml:space="preserve">kulturbasert eller frivillig </w:t>
            </w:r>
            <w:r w:rsidRPr="00074E58">
              <w:rPr>
                <w:b/>
                <w:lang w:val="nb-NO"/>
              </w:rPr>
              <w:t>aktivitet:</w:t>
            </w:r>
            <w:r w:rsidR="00767A60">
              <w:rPr>
                <w:b/>
                <w:lang w:val="nb-NO"/>
              </w:rPr>
              <w:br/>
            </w:r>
          </w:p>
        </w:tc>
        <w:tc>
          <w:tcPr>
            <w:tcW w:w="4593" w:type="dxa"/>
          </w:tcPr>
          <w:p w14:paraId="7560DEDA" w14:textId="77777777" w:rsidR="00074E58" w:rsidRPr="00074E58" w:rsidRDefault="00074E58" w:rsidP="003818FE">
            <w:pPr>
              <w:spacing w:after="40"/>
              <w:rPr>
                <w:b/>
                <w:lang w:val="nb-NO"/>
              </w:rPr>
            </w:pPr>
          </w:p>
        </w:tc>
      </w:tr>
      <w:tr w:rsidR="00074E58" w:rsidRPr="0070672A" w14:paraId="7841038C" w14:textId="00DC38D4" w:rsidTr="00074E58">
        <w:tc>
          <w:tcPr>
            <w:tcW w:w="5595" w:type="dxa"/>
          </w:tcPr>
          <w:p w14:paraId="1A0CCDD4" w14:textId="27C97292" w:rsidR="00074E58" w:rsidRPr="00074E58" w:rsidRDefault="00074E58" w:rsidP="003818FE">
            <w:pPr>
              <w:spacing w:after="40"/>
              <w:rPr>
                <w:b/>
                <w:lang w:val="nb-NO"/>
              </w:rPr>
            </w:pPr>
            <w:r w:rsidRPr="00074E58">
              <w:rPr>
                <w:b/>
                <w:lang w:val="nb-NO"/>
              </w:rPr>
              <w:t>Oppgi årlige driftskostnader</w:t>
            </w:r>
            <w:r w:rsidR="00767A60">
              <w:rPr>
                <w:b/>
                <w:lang w:val="nb-NO"/>
              </w:rPr>
              <w:t xml:space="preserve"> (utgifter og inntekter):</w:t>
            </w:r>
            <w:r w:rsidR="00767A60">
              <w:rPr>
                <w:b/>
                <w:lang w:val="nb-NO"/>
              </w:rPr>
              <w:br/>
            </w:r>
          </w:p>
        </w:tc>
        <w:tc>
          <w:tcPr>
            <w:tcW w:w="4593" w:type="dxa"/>
          </w:tcPr>
          <w:p w14:paraId="1B7CC58E" w14:textId="77777777" w:rsidR="00074E58" w:rsidRPr="00074E58" w:rsidRDefault="00074E58" w:rsidP="003818FE">
            <w:pPr>
              <w:spacing w:after="40"/>
              <w:rPr>
                <w:b/>
                <w:lang w:val="nb-NO"/>
              </w:rPr>
            </w:pPr>
          </w:p>
        </w:tc>
      </w:tr>
      <w:tr w:rsidR="00074E58" w:rsidRPr="0070672A" w14:paraId="2667DE88" w14:textId="428D3C9B" w:rsidTr="00074E58">
        <w:tc>
          <w:tcPr>
            <w:tcW w:w="5595" w:type="dxa"/>
          </w:tcPr>
          <w:p w14:paraId="71320146" w14:textId="6E0822EB" w:rsidR="00074E58" w:rsidRPr="00074E58" w:rsidRDefault="00074E58" w:rsidP="003818FE">
            <w:pPr>
              <w:spacing w:after="40"/>
              <w:rPr>
                <w:b/>
                <w:lang w:val="nb-NO"/>
              </w:rPr>
            </w:pPr>
            <w:r w:rsidRPr="00074E58">
              <w:rPr>
                <w:b/>
                <w:lang w:val="nb-NO"/>
              </w:rPr>
              <w:t>Beskriv tilgjengelighet og eventuell flerbruk /</w:t>
            </w:r>
            <w:r w:rsidR="00767A60">
              <w:rPr>
                <w:b/>
                <w:lang w:val="nb-NO"/>
              </w:rPr>
              <w:t xml:space="preserve"> utleie til andre</w:t>
            </w:r>
            <w:r w:rsidRPr="00074E58">
              <w:rPr>
                <w:b/>
                <w:lang w:val="nb-NO"/>
              </w:rPr>
              <w:t xml:space="preserve"> aktører:</w:t>
            </w:r>
            <w:r w:rsidR="00767A60">
              <w:rPr>
                <w:b/>
                <w:lang w:val="nb-NO"/>
              </w:rPr>
              <w:br/>
            </w:r>
          </w:p>
        </w:tc>
        <w:tc>
          <w:tcPr>
            <w:tcW w:w="4593" w:type="dxa"/>
          </w:tcPr>
          <w:p w14:paraId="3F5AE1E9" w14:textId="77777777" w:rsidR="00074E58" w:rsidRPr="00074E58" w:rsidRDefault="00074E58" w:rsidP="003818FE">
            <w:pPr>
              <w:spacing w:after="40"/>
              <w:rPr>
                <w:b/>
                <w:lang w:val="nb-NO"/>
              </w:rPr>
            </w:pPr>
          </w:p>
        </w:tc>
      </w:tr>
    </w:tbl>
    <w:p w14:paraId="1CB7401E" w14:textId="77777777" w:rsidR="004A1571" w:rsidRPr="00B3464E" w:rsidRDefault="00A947BB">
      <w:pPr>
        <w:pStyle w:val="Overskrift1"/>
        <w:spacing w:before="200" w:after="100"/>
        <w:rPr>
          <w:lang w:val="nb-NO"/>
        </w:rPr>
      </w:pPr>
      <w:r w:rsidRPr="00B3464E">
        <w:rPr>
          <w:lang w:val="nb-NO"/>
        </w:rPr>
        <w:lastRenderedPageBreak/>
        <w:t>4. Vilkår</w:t>
      </w:r>
    </w:p>
    <w:p w14:paraId="7326A825" w14:textId="77777777" w:rsidR="00C26923" w:rsidRPr="003813CA" w:rsidRDefault="00C26923" w:rsidP="00C26923">
      <w:pPr>
        <w:rPr>
          <w:i/>
          <w:iCs/>
          <w:lang w:val="nb-NO"/>
        </w:rPr>
      </w:pPr>
      <w:r>
        <w:rPr>
          <w:i/>
          <w:iCs/>
          <w:lang w:val="nb-NO"/>
        </w:rPr>
        <w:t xml:space="preserve">Ved å søke bekrefter du at: </w:t>
      </w:r>
    </w:p>
    <w:p w14:paraId="2D0D7BD1" w14:textId="77777777" w:rsidR="00C26923" w:rsidRPr="003813CA" w:rsidRDefault="00C26923" w:rsidP="00C26923">
      <w:pPr>
        <w:pStyle w:val="Listeavsnitt"/>
        <w:numPr>
          <w:ilvl w:val="0"/>
          <w:numId w:val="10"/>
        </w:numPr>
        <w:rPr>
          <w:lang w:val="nb-NO"/>
        </w:rPr>
      </w:pPr>
      <w:r w:rsidRPr="003813CA">
        <w:rPr>
          <w:lang w:val="nb-NO"/>
        </w:rPr>
        <w:t>Foreningen er åpen for alle.</w:t>
      </w:r>
    </w:p>
    <w:p w14:paraId="7953DBD0" w14:textId="77777777" w:rsidR="00C26923" w:rsidRPr="003813CA" w:rsidRDefault="00C26923" w:rsidP="00C26923">
      <w:pPr>
        <w:pStyle w:val="Listeavsnitt"/>
        <w:numPr>
          <w:ilvl w:val="0"/>
          <w:numId w:val="11"/>
        </w:numPr>
        <w:rPr>
          <w:lang w:val="nb-NO"/>
        </w:rPr>
      </w:pPr>
      <w:r w:rsidRPr="003813CA">
        <w:rPr>
          <w:lang w:val="nb-NO"/>
        </w:rPr>
        <w:t>Organisasjonens primære formål er ikke å ivareta medlemmenes yrkes- eller økonomiske interesser.</w:t>
      </w:r>
    </w:p>
    <w:p w14:paraId="2124A111" w14:textId="77777777" w:rsidR="00C26923" w:rsidRDefault="00C26923" w:rsidP="00C26923">
      <w:pPr>
        <w:pStyle w:val="Listeavsnitt"/>
        <w:numPr>
          <w:ilvl w:val="0"/>
          <w:numId w:val="12"/>
        </w:numPr>
        <w:rPr>
          <w:lang w:val="nb-NO"/>
        </w:rPr>
      </w:pPr>
      <w:r w:rsidRPr="003813CA">
        <w:rPr>
          <w:lang w:val="nb-NO"/>
        </w:rPr>
        <w:t>Organisasjonen er ikke politisk, sykdomsrelatert eller humanitær.</w:t>
      </w:r>
    </w:p>
    <w:p w14:paraId="1543CF3D" w14:textId="77777777" w:rsidR="00C26923" w:rsidRDefault="00C26923" w:rsidP="00C26923">
      <w:pPr>
        <w:pStyle w:val="Listeavsnitt"/>
        <w:numPr>
          <w:ilvl w:val="0"/>
          <w:numId w:val="12"/>
        </w:numPr>
        <w:rPr>
          <w:lang w:val="nb-NO"/>
        </w:rPr>
      </w:pPr>
      <w:r w:rsidRPr="000211D0">
        <w:rPr>
          <w:lang w:val="nb-NO"/>
        </w:rPr>
        <w:t>Medlemsliste er vedlagt</w:t>
      </w:r>
    </w:p>
    <w:p w14:paraId="65720444" w14:textId="77777777" w:rsidR="00C26923" w:rsidRDefault="00C26923" w:rsidP="00C26923">
      <w:pPr>
        <w:pStyle w:val="Listeavsnitt"/>
        <w:numPr>
          <w:ilvl w:val="0"/>
          <w:numId w:val="12"/>
        </w:numPr>
        <w:rPr>
          <w:lang w:val="nb-NO"/>
        </w:rPr>
      </w:pPr>
      <w:r w:rsidRPr="000211D0">
        <w:rPr>
          <w:lang w:val="nb-NO"/>
        </w:rPr>
        <w:t>Årsrapport er vedlagt.</w:t>
      </w:r>
    </w:p>
    <w:p w14:paraId="621A8BE1" w14:textId="77777777" w:rsidR="00C26923" w:rsidRDefault="00C26923" w:rsidP="00C26923">
      <w:pPr>
        <w:pStyle w:val="Listeavsnitt"/>
        <w:numPr>
          <w:ilvl w:val="0"/>
          <w:numId w:val="12"/>
        </w:numPr>
        <w:rPr>
          <w:lang w:val="nb-NO"/>
        </w:rPr>
      </w:pPr>
      <w:r w:rsidRPr="000211D0">
        <w:rPr>
          <w:lang w:val="nb-NO"/>
        </w:rPr>
        <w:t>Regnskap er vedlagt.</w:t>
      </w:r>
    </w:p>
    <w:p w14:paraId="2F751526" w14:textId="77777777" w:rsidR="00C26923" w:rsidRDefault="00C26923" w:rsidP="00C26923">
      <w:pPr>
        <w:pStyle w:val="Listeavsnitt"/>
        <w:numPr>
          <w:ilvl w:val="0"/>
          <w:numId w:val="12"/>
        </w:numPr>
        <w:rPr>
          <w:lang w:val="nb-NO"/>
        </w:rPr>
      </w:pPr>
      <w:r w:rsidRPr="000211D0">
        <w:rPr>
          <w:lang w:val="nb-NO"/>
        </w:rPr>
        <w:t>Oppgitt medlemstall stemmer med vedlagt medlemsliste.</w:t>
      </w:r>
    </w:p>
    <w:p w14:paraId="39B9278D" w14:textId="77777777" w:rsidR="00C26923" w:rsidRDefault="00C26923" w:rsidP="00C26923">
      <w:pPr>
        <w:pStyle w:val="Listeavsnitt"/>
        <w:numPr>
          <w:ilvl w:val="0"/>
          <w:numId w:val="12"/>
        </w:numPr>
        <w:rPr>
          <w:lang w:val="nb-NO"/>
        </w:rPr>
      </w:pPr>
      <w:r w:rsidRPr="000211D0">
        <w:rPr>
          <w:lang w:val="nb-NO"/>
        </w:rPr>
        <w:t>Opplysningene i søknaden er korrekte.</w:t>
      </w:r>
    </w:p>
    <w:p w14:paraId="0F2F1069" w14:textId="77777777" w:rsidR="00C26923" w:rsidRDefault="00C26923" w:rsidP="00C26923">
      <w:pPr>
        <w:pStyle w:val="Listeavsnitt"/>
        <w:numPr>
          <w:ilvl w:val="0"/>
          <w:numId w:val="12"/>
        </w:numPr>
        <w:rPr>
          <w:lang w:val="nb-NO"/>
        </w:rPr>
      </w:pPr>
      <w:r>
        <w:rPr>
          <w:lang w:val="nb-NO"/>
        </w:rPr>
        <w:t>O</w:t>
      </w:r>
      <w:r w:rsidRPr="000211D0">
        <w:rPr>
          <w:lang w:val="nb-NO"/>
        </w:rPr>
        <w:t>rganisasjonen har lest og forstått retningslinjene og vilkårene for tilskuddsordningen.</w:t>
      </w:r>
    </w:p>
    <w:p w14:paraId="1B954ADD" w14:textId="77777777" w:rsidR="00C26923" w:rsidRPr="000211D0" w:rsidRDefault="00C26923" w:rsidP="00C26923">
      <w:pPr>
        <w:pStyle w:val="Listeavsnitt"/>
        <w:numPr>
          <w:ilvl w:val="0"/>
          <w:numId w:val="12"/>
        </w:numPr>
        <w:rPr>
          <w:lang w:val="nb-NO"/>
        </w:rPr>
      </w:pPr>
      <w:r w:rsidRPr="000211D0">
        <w:rPr>
          <w:i/>
          <w:lang w:val="nb-NO"/>
        </w:rPr>
        <w:t>Organisasjonen er tilsluttet den lokale Fritidserklæringen.</w:t>
      </w:r>
      <w:r w:rsidRPr="000211D0">
        <w:rPr>
          <w:lang w:val="nb-NO"/>
        </w:rPr>
        <w:t xml:space="preserve"> (oppfordring, ikke et vilkår)</w:t>
      </w:r>
    </w:p>
    <w:p w14:paraId="0F9EFDE0" w14:textId="52FDF180" w:rsidR="004A1571" w:rsidRPr="00B3464E" w:rsidRDefault="004A1571" w:rsidP="00C26923">
      <w:pPr>
        <w:rPr>
          <w:lang w:val="nb-NO"/>
        </w:rPr>
      </w:pPr>
    </w:p>
    <w:sectPr w:rsidR="004A1571" w:rsidRPr="00B3464E" w:rsidSect="00034616">
      <w:pgSz w:w="12240" w:h="15840"/>
      <w:pgMar w:top="964" w:right="1134" w:bottom="96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merertliste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merertliste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ktlist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ktlist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merertliste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ktlist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FED17F8"/>
    <w:multiLevelType w:val="hybridMultilevel"/>
    <w:tmpl w:val="DF70873A"/>
    <w:lvl w:ilvl="0" w:tplc="0414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F97617"/>
    <w:multiLevelType w:val="hybridMultilevel"/>
    <w:tmpl w:val="59A213A8"/>
    <w:lvl w:ilvl="0" w:tplc="0414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E441562"/>
    <w:multiLevelType w:val="hybridMultilevel"/>
    <w:tmpl w:val="3884689A"/>
    <w:lvl w:ilvl="0" w:tplc="0414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348033">
    <w:abstractNumId w:val="8"/>
  </w:num>
  <w:num w:numId="2" w16cid:durableId="453718482">
    <w:abstractNumId w:val="6"/>
  </w:num>
  <w:num w:numId="3" w16cid:durableId="1233200262">
    <w:abstractNumId w:val="5"/>
  </w:num>
  <w:num w:numId="4" w16cid:durableId="1580166154">
    <w:abstractNumId w:val="4"/>
  </w:num>
  <w:num w:numId="5" w16cid:durableId="1162817411">
    <w:abstractNumId w:val="7"/>
  </w:num>
  <w:num w:numId="6" w16cid:durableId="537359890">
    <w:abstractNumId w:val="3"/>
  </w:num>
  <w:num w:numId="7" w16cid:durableId="1590767501">
    <w:abstractNumId w:val="2"/>
  </w:num>
  <w:num w:numId="8" w16cid:durableId="60297364">
    <w:abstractNumId w:val="1"/>
  </w:num>
  <w:num w:numId="9" w16cid:durableId="816646622">
    <w:abstractNumId w:val="0"/>
  </w:num>
  <w:num w:numId="10" w16cid:durableId="907230926">
    <w:abstractNumId w:val="10"/>
  </w:num>
  <w:num w:numId="11" w16cid:durableId="571426707">
    <w:abstractNumId w:val="9"/>
  </w:num>
  <w:num w:numId="12" w16cid:durableId="192317944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74E58"/>
    <w:rsid w:val="0015074B"/>
    <w:rsid w:val="001C53EE"/>
    <w:rsid w:val="002257CA"/>
    <w:rsid w:val="0029639D"/>
    <w:rsid w:val="00326F90"/>
    <w:rsid w:val="004A1571"/>
    <w:rsid w:val="00510A8D"/>
    <w:rsid w:val="00522DB7"/>
    <w:rsid w:val="005943E7"/>
    <w:rsid w:val="006174FD"/>
    <w:rsid w:val="006B4076"/>
    <w:rsid w:val="0070672A"/>
    <w:rsid w:val="00767A60"/>
    <w:rsid w:val="007B7112"/>
    <w:rsid w:val="008E2E82"/>
    <w:rsid w:val="00A947BB"/>
    <w:rsid w:val="00A96CDC"/>
    <w:rsid w:val="00AA1D8D"/>
    <w:rsid w:val="00B3464E"/>
    <w:rsid w:val="00B47730"/>
    <w:rsid w:val="00BD4EBF"/>
    <w:rsid w:val="00C26923"/>
    <w:rsid w:val="00CB0664"/>
    <w:rsid w:val="00CC6E14"/>
    <w:rsid w:val="00D84C88"/>
    <w:rsid w:val="00F9514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7D8B5BF"/>
  <w14:defaultImageDpi w14:val="300"/>
  <w15:docId w15:val="{F501FFC9-3EBC-4422-8CB3-4E9CCF35F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E618BF"/>
  </w:style>
  <w:style w:type="paragraph" w:styleId="Bunntekst">
    <w:name w:val="footer"/>
    <w:basedOn w:val="Normal"/>
    <w:link w:val="BunntekstTeg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E618BF"/>
  </w:style>
  <w:style w:type="paragraph" w:styleId="Ingenmellomrom">
    <w:name w:val="No Spacing"/>
    <w:uiPriority w:val="1"/>
    <w:qFormat/>
    <w:rsid w:val="00FC693F"/>
    <w:pPr>
      <w:spacing w:after="0" w:line="240" w:lineRule="auto"/>
    </w:pPr>
  </w:style>
  <w:style w:type="character" w:customStyle="1" w:styleId="Overskrift1Tegn">
    <w:name w:val="Overskrift 1 Tegn"/>
    <w:basedOn w:val="Standardskriftforavsnitt"/>
    <w:link w:val="Oversk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tel">
    <w:name w:val="Title"/>
    <w:basedOn w:val="Normal"/>
    <w:next w:val="Normal"/>
    <w:link w:val="TittelTeg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telTegn">
    <w:name w:val="Tittel Tegn"/>
    <w:basedOn w:val="Standardskriftforavsnitt"/>
    <w:link w:val="Tit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avsnitt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rdtekst">
    <w:name w:val="Body Text"/>
    <w:basedOn w:val="Normal"/>
    <w:link w:val="BrdtekstTegn"/>
    <w:uiPriority w:val="99"/>
    <w:unhideWhenUsed/>
    <w:rsid w:val="00AA1D8D"/>
    <w:pPr>
      <w:spacing w:after="120"/>
    </w:pPr>
  </w:style>
  <w:style w:type="character" w:customStyle="1" w:styleId="BrdtekstTegn">
    <w:name w:val="Brødtekst Tegn"/>
    <w:basedOn w:val="Standardskriftforavsnitt"/>
    <w:link w:val="Brdtekst"/>
    <w:uiPriority w:val="99"/>
    <w:rsid w:val="00AA1D8D"/>
  </w:style>
  <w:style w:type="paragraph" w:styleId="Brdtekst2">
    <w:name w:val="Body Text 2"/>
    <w:basedOn w:val="Normal"/>
    <w:link w:val="Brdtekst2Tegn"/>
    <w:uiPriority w:val="99"/>
    <w:unhideWhenUsed/>
    <w:rsid w:val="00AA1D8D"/>
    <w:pPr>
      <w:spacing w:after="120" w:line="480" w:lineRule="auto"/>
    </w:pPr>
  </w:style>
  <w:style w:type="character" w:customStyle="1" w:styleId="Brdtekst2Tegn">
    <w:name w:val="Brødtekst 2 Tegn"/>
    <w:basedOn w:val="Standardskriftforavsnitt"/>
    <w:link w:val="Brdtekst2"/>
    <w:uiPriority w:val="99"/>
    <w:rsid w:val="00AA1D8D"/>
  </w:style>
  <w:style w:type="paragraph" w:styleId="Brdtekst3">
    <w:name w:val="Body Text 3"/>
    <w:basedOn w:val="Normal"/>
    <w:link w:val="Brdtekst3Teg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rdtekst3Tegn">
    <w:name w:val="Brødtekst 3 Tegn"/>
    <w:basedOn w:val="Standardskriftforavsnitt"/>
    <w:link w:val="Brdtekst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Punktlist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Punktlist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Punktlist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merertliste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merertliste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merertliste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-forts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-forts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-forts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tekst">
    <w:name w:val="macro"/>
    <w:link w:val="MakrotekstTeg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kstTegn">
    <w:name w:val="Makrotekst Tegn"/>
    <w:basedOn w:val="Standardskriftforavsnitt"/>
    <w:link w:val="Makrotekst"/>
    <w:uiPriority w:val="99"/>
    <w:rsid w:val="0029639D"/>
    <w:rPr>
      <w:rFonts w:ascii="Courier" w:hAnsi="Courier"/>
      <w:sz w:val="20"/>
      <w:szCs w:val="20"/>
    </w:rPr>
  </w:style>
  <w:style w:type="paragraph" w:styleId="Sitat">
    <w:name w:val="Quote"/>
    <w:basedOn w:val="Normal"/>
    <w:next w:val="Normal"/>
    <w:link w:val="SitatTegn"/>
    <w:uiPriority w:val="29"/>
    <w:qFormat/>
    <w:rsid w:val="00FC693F"/>
    <w:rPr>
      <w:i/>
      <w:iCs/>
      <w:color w:val="000000" w:themeColor="text1"/>
    </w:rPr>
  </w:style>
  <w:style w:type="character" w:customStyle="1" w:styleId="SitatTegn">
    <w:name w:val="Sitat Tegn"/>
    <w:basedOn w:val="Standardskriftforavsnitt"/>
    <w:link w:val="Sitat"/>
    <w:uiPriority w:val="29"/>
    <w:rsid w:val="00FC693F"/>
    <w:rPr>
      <w:i/>
      <w:iCs/>
      <w:color w:val="000000" w:themeColor="text1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ldetekst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erk">
    <w:name w:val="Strong"/>
    <w:basedOn w:val="Standardskriftforavsnitt"/>
    <w:uiPriority w:val="22"/>
    <w:qFormat/>
    <w:rsid w:val="00FC693F"/>
    <w:rPr>
      <w:b/>
      <w:bCs/>
    </w:rPr>
  </w:style>
  <w:style w:type="character" w:styleId="Utheving">
    <w:name w:val="Emphasis"/>
    <w:basedOn w:val="Standardskriftforavsnitt"/>
    <w:uiPriority w:val="20"/>
    <w:qFormat/>
    <w:rsid w:val="00FC693F"/>
    <w:rPr>
      <w:i/>
      <w:iCs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FC693F"/>
    <w:rPr>
      <w:b/>
      <w:bCs/>
      <w:i/>
      <w:iCs/>
      <w:color w:val="4F81BD" w:themeColor="accent1"/>
    </w:rPr>
  </w:style>
  <w:style w:type="character" w:styleId="Svakutheving">
    <w:name w:val="Subtle Emphasis"/>
    <w:basedOn w:val="Standardskriftforavsnitt"/>
    <w:uiPriority w:val="19"/>
    <w:qFormat/>
    <w:rsid w:val="00FC693F"/>
    <w:rPr>
      <w:i/>
      <w:iCs/>
      <w:color w:val="808080" w:themeColor="text1" w:themeTint="7F"/>
    </w:rPr>
  </w:style>
  <w:style w:type="character" w:styleId="Sterkutheving">
    <w:name w:val="Intense Emphasis"/>
    <w:basedOn w:val="Standardskriftforavsnitt"/>
    <w:uiPriority w:val="21"/>
    <w:qFormat/>
    <w:rsid w:val="00FC693F"/>
    <w:rPr>
      <w:b/>
      <w:bCs/>
      <w:i/>
      <w:iCs/>
      <w:color w:val="4F81BD" w:themeColor="accent1"/>
    </w:rPr>
  </w:style>
  <w:style w:type="character" w:styleId="Svakreferanse">
    <w:name w:val="Subtle Reference"/>
    <w:basedOn w:val="Standardskriftforavsnitt"/>
    <w:uiPriority w:val="31"/>
    <w:qFormat/>
    <w:rsid w:val="00FC693F"/>
    <w:rPr>
      <w:smallCaps/>
      <w:color w:val="C0504D" w:themeColor="accent2"/>
      <w:u w:val="single"/>
    </w:rPr>
  </w:style>
  <w:style w:type="character" w:styleId="Sterkreferanse">
    <w:name w:val="Intense Reference"/>
    <w:basedOn w:val="Standardskriftforavsnit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ktittel">
    <w:name w:val="Book Title"/>
    <w:basedOn w:val="Standardskriftforavsnitt"/>
    <w:uiPriority w:val="33"/>
    <w:qFormat/>
    <w:rsid w:val="00FC693F"/>
    <w:rPr>
      <w:b/>
      <w:bCs/>
      <w:smallCaps/>
      <w:spacing w:val="5"/>
    </w:rPr>
  </w:style>
  <w:style w:type="paragraph" w:styleId="Overskriftforinnholdsfortegnelse">
    <w:name w:val="TOC Heading"/>
    <w:basedOn w:val="Overskrift1"/>
    <w:next w:val="Normal"/>
    <w:uiPriority w:val="39"/>
    <w:semiHidden/>
    <w:unhideWhenUsed/>
    <w:qFormat/>
    <w:rsid w:val="00FC693F"/>
    <w:pPr>
      <w:outlineLvl w:val="9"/>
    </w:pPr>
  </w:style>
  <w:style w:type="table" w:styleId="Tabellrutenett">
    <w:name w:val="Table Grid"/>
    <w:basedOn w:val="Vanligtabel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ysskyggelegging">
    <w:name w:val="Light Shading"/>
    <w:basedOn w:val="Vanligtabel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ysskyggelegginguthevingsfarge1">
    <w:name w:val="Light Shading Accent 1"/>
    <w:basedOn w:val="Vanligtabel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ysskyggelegginguthevingsfarge2">
    <w:name w:val="Light Shading Accent 2"/>
    <w:basedOn w:val="Vanligtabel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ysskyggelegginguthevingsfarge3">
    <w:name w:val="Light Shading Accent 3"/>
    <w:basedOn w:val="Vanligtabel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ysskyggelegginguthevingsfarge4">
    <w:name w:val="Light Shading Accent 4"/>
    <w:basedOn w:val="Vanligtabel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ysskyggelegginguthevingsfarge5">
    <w:name w:val="Light Shading Accent 5"/>
    <w:basedOn w:val="Vanligtabel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ysskyggelegginguthevingsfarge6">
    <w:name w:val="Light Shading Accent 6"/>
    <w:basedOn w:val="Vanligtabel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ysliste">
    <w:name w:val="Light List"/>
    <w:basedOn w:val="Vanligtabel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yslisteuthevingsfarge1">
    <w:name w:val="Light List Accent 1"/>
    <w:basedOn w:val="Vanligtabel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yslisteuthevingsfarge2">
    <w:name w:val="Light List Accent 2"/>
    <w:basedOn w:val="Vanlig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yslisteuthevingsfarge3">
    <w:name w:val="Light List Accent 3"/>
    <w:basedOn w:val="Vanlig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yslisteuthevingsfarge4">
    <w:name w:val="Light List Accent 4"/>
    <w:basedOn w:val="Vanlig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yslisteuthevingsfarge5">
    <w:name w:val="Light List Accent 5"/>
    <w:basedOn w:val="Vanlig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yslisteuthevingsfarge6">
    <w:name w:val="Light List Accent 6"/>
    <w:basedOn w:val="Vanlig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ystrutenett">
    <w:name w:val="Light Grid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ystrutenettuthevingsfarge1">
    <w:name w:val="Light Grid Accent 1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ystrutenettuthevingsfarge2">
    <w:name w:val="Light Grid Accent 2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ystrutenettuthevingsfarge3">
    <w:name w:val="Light Grid Accent 3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ystrutenettuthevingsfarge4">
    <w:name w:val="Light Grid Accent 4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ystrutenettuthevingsfarge5">
    <w:name w:val="Light Grid Accent 5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ystrutenettuthevingsfarge6">
    <w:name w:val="Light Grid Accent 6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iddelsskyggelegging1">
    <w:name w:val="Medium Shading 1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1">
    <w:name w:val="Medium Shading 1 Accent 1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2">
    <w:name w:val="Medium Shading 1 Accent 2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3">
    <w:name w:val="Medium Shading 1 Accent 3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4">
    <w:name w:val="Medium Shading 1 Accent 4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5">
    <w:name w:val="Medium Shading 1 Accent 5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6">
    <w:name w:val="Medium Shading 1 Accent 6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">
    <w:name w:val="Medium Shading 2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1">
    <w:name w:val="Medium Shading 2 Accent 1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2">
    <w:name w:val="Medium Shading 2 Accent 2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3">
    <w:name w:val="Medium Shading 2 Accent 3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4">
    <w:name w:val="Medium Shading 2 Accent 4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5">
    <w:name w:val="Medium Shading 2 Accent 5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6">
    <w:name w:val="Medium Shading 2 Accent 6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liste1">
    <w:name w:val="Medium List 1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ddelsliste1uthevingsfarge1">
    <w:name w:val="Medium List 1 Accent 1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ddelsliste1uthevingsfarge2">
    <w:name w:val="Medium List 1 Accent 2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ddelsliste1uthevingsfarge3">
    <w:name w:val="Medium List 1 Accent 3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ddelsliste1uthevingsfarge4">
    <w:name w:val="Medium List 1 Accent 4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ddelsliste1uthevingsfarge5">
    <w:name w:val="Medium List 1 Accent 5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ddelsliste1uthevingsfarge6">
    <w:name w:val="Medium List 1 Accent 6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ddelsliste2">
    <w:name w:val="Medium List 2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1">
    <w:name w:val="Medium List 2 Accent 1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2">
    <w:name w:val="Medium List 2 Accent 2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3">
    <w:name w:val="Medium List 2 Accent 3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4">
    <w:name w:val="Medium List 2 Accent 4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5">
    <w:name w:val="Medium List 2 Accent 5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6">
    <w:name w:val="Medium List 2 Accent 6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rutenett1">
    <w:name w:val="Medium Grid 1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ddelsrutenett1uthevingsfarge1">
    <w:name w:val="Medium Grid 1 Accent 1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ddelsrutenett1uthevingsfarge2">
    <w:name w:val="Medium Grid 1 Accent 2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ddelsrutenett1uthevingsfarge3">
    <w:name w:val="Medium Grid 1 Accent 3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ddelsrutenett1uthevingsfarge4">
    <w:name w:val="Medium Grid 1 Accent 4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ddelsrutenett1uthevingsfarge5">
    <w:name w:val="Medium Grid 1 Accent 5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ddelsrutenett1uthevingsfarge6">
    <w:name w:val="Medium Grid 1 Accent 6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ddelsrutenett2">
    <w:name w:val="Medium Grid 2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1">
    <w:name w:val="Medium Grid 2 Accent 1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2">
    <w:name w:val="Medium Grid 2 Accent 2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3">
    <w:name w:val="Medium Grid 2 Accent 3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4">
    <w:name w:val="Medium Grid 2 Accent 4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5">
    <w:name w:val="Medium Grid 2 Accent 5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6">
    <w:name w:val="Medium Grid 2 Accent 6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">
    <w:name w:val="Medium Grid 3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ddelsrutenett3uthevingsfarge1">
    <w:name w:val="Medium Grid 3 Accent 1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ddelsrutenett3uthevingsfarge2">
    <w:name w:val="Medium Grid 3 Accent 2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ddelsrutenett3uthevingsfarge3">
    <w:name w:val="Medium Grid 3 Accent 3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ddelsrutenett3uthevingsfarge4">
    <w:name w:val="Medium Grid 3 Accent 4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ddelsrutenett3uthevingsfarge5">
    <w:name w:val="Medium Grid 3 Accent 5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ddelsrutenett3uthevingsfarge6">
    <w:name w:val="Medium Grid 3 Accent 6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rkliste">
    <w:name w:val="Dark List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euthevingsfarge1">
    <w:name w:val="Dark List Accent 1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Mrklisteuthevingsfarge2">
    <w:name w:val="Dark List Accent 2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Mrklisteuthevingsfarge3">
    <w:name w:val="Dark List Accent 3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Mrklisteuthevingsfarge4">
    <w:name w:val="Dark List Accent 4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Mrklisteuthevingsfarge5">
    <w:name w:val="Dark List Accent 5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Mrklisteuthevingsfarge6">
    <w:name w:val="Dark List Accent 6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gerikskyggelegging">
    <w:name w:val="Colorful Shading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1">
    <w:name w:val="Colorful Shading Accent 1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2">
    <w:name w:val="Colorful Shading Accent 2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3">
    <w:name w:val="Colorful Shading Accent 3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gerikskyggelegginguthevingsfarge4">
    <w:name w:val="Colorful Shading Accent 4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5">
    <w:name w:val="Colorful Shading Accent 5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6">
    <w:name w:val="Colorful Shading Accent 6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liste">
    <w:name w:val="Colorful List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geriklisteuthevingsfarge1">
    <w:name w:val="Colorful List Accent 1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geriklisteuthevingsfarge2">
    <w:name w:val="Colorful List Accent 2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geriklisteuthevingsfarge3">
    <w:name w:val="Colorful List Accent 3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geriklisteuthevingsfarge4">
    <w:name w:val="Colorful List Accent 4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geriklisteuthevingsfarge5">
    <w:name w:val="Colorful List Accent 5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geriklisteuthevingsfarge6">
    <w:name w:val="Colorful List Accent 6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geriktrutenett">
    <w:name w:val="Colorful Grid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geriktrutenettuthevingsfarge1">
    <w:name w:val="Colorful Grid Accent 1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geriktrutenettuthevingsfarge2">
    <w:name w:val="Colorful Grid Accent 2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geriktrutenettuthevingsfarge3">
    <w:name w:val="Colorful Grid Accent 3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geriktrutenettuthevingsfarge4">
    <w:name w:val="Colorful Grid Accent 4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geriktrutenettuthevingsfarge5">
    <w:name w:val="Colorful Grid Accent 5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geriktrutenettuthevingsfarge6">
    <w:name w:val="Colorful Grid Accent 6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kobling">
    <w:name w:val="Hyperlink"/>
    <w:basedOn w:val="Standardskriftforavsnitt"/>
    <w:uiPriority w:val="99"/>
    <w:unhideWhenUsed/>
    <w:rsid w:val="006174FD"/>
    <w:rPr>
      <w:color w:val="0000FF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6174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postmottak@sarpsborg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73b82a4-3fd0-43a3-82e7-d50992add046}" enabled="0" method="" siteId="{d73b82a4-3fd0-43a3-82e7-d50992add04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402</Words>
  <Characters>2134</Characters>
  <Application>Microsoft Office Word</Application>
  <DocSecurity>4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2531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Cecilie Sommer-Mathiesen</cp:lastModifiedBy>
  <cp:revision>2</cp:revision>
  <dcterms:created xsi:type="dcterms:W3CDTF">2026-09-18T08:39:00Z</dcterms:created>
  <dcterms:modified xsi:type="dcterms:W3CDTF">2026-09-18T08:39:00Z</dcterms:modified>
  <cp:category/>
</cp:coreProperties>
</file>