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DB9D" w14:textId="3A36EAA4" w:rsidR="00712451" w:rsidRPr="0020594F" w:rsidRDefault="00942FD9">
      <w:pPr>
        <w:jc w:val="center"/>
        <w:rPr>
          <w:lang w:val="nb-NO"/>
        </w:rPr>
      </w:pPr>
      <w:r w:rsidRPr="0020594F">
        <w:rPr>
          <w:b/>
          <w:sz w:val="36"/>
          <w:lang w:val="nb-NO"/>
        </w:rPr>
        <w:t xml:space="preserve">Søknadsskjema – driftstilskudd for voksne med </w:t>
      </w:r>
      <w:r w:rsidR="00DD0A28">
        <w:rPr>
          <w:b/>
          <w:sz w:val="36"/>
          <w:lang w:val="nb-NO"/>
        </w:rPr>
        <w:t xml:space="preserve">funksjonsnedsettelser og </w:t>
      </w:r>
      <w:r w:rsidRPr="0020594F">
        <w:rPr>
          <w:b/>
          <w:sz w:val="36"/>
          <w:lang w:val="nb-NO"/>
        </w:rPr>
        <w:t>bistandsbehov</w:t>
      </w:r>
    </w:p>
    <w:p w14:paraId="6A051513" w14:textId="343A6746" w:rsidR="00712451" w:rsidRPr="0020594F" w:rsidRDefault="00942FD9" w:rsidP="00BF21C5">
      <w:pPr>
        <w:jc w:val="center"/>
        <w:rPr>
          <w:lang w:val="nb-NO"/>
        </w:rPr>
      </w:pPr>
      <w:r w:rsidRPr="0020594F">
        <w:rPr>
          <w:i/>
          <w:lang w:val="nb-NO"/>
        </w:rPr>
        <w:t>Søknadsfrist 1. oktober</w:t>
      </w:r>
      <w:r w:rsidR="009B1F14">
        <w:rPr>
          <w:i/>
          <w:lang w:val="nb-NO"/>
        </w:rPr>
        <w:br/>
      </w:r>
      <w:r w:rsidR="009B1F14" w:rsidRPr="009B1F14">
        <w:rPr>
          <w:i/>
          <w:lang w:val="nb-NO"/>
        </w:rPr>
        <w:t xml:space="preserve">Ferdig utfylt dokument sendes til </w:t>
      </w:r>
      <w:hyperlink r:id="rId6" w:history="1">
        <w:r w:rsidR="009B1F14" w:rsidRPr="009B1F14">
          <w:rPr>
            <w:rStyle w:val="Hyperkobling"/>
            <w:i/>
            <w:lang w:val="nb-NO"/>
          </w:rPr>
          <w:t>postmottak@sarpsborg.com</w:t>
        </w:r>
      </w:hyperlink>
      <w:r w:rsidR="009B1F14" w:rsidRPr="009B1F14">
        <w:rPr>
          <w:i/>
          <w:lang w:val="nb-NO"/>
        </w:rPr>
        <w:t xml:space="preserve"> og merkes med «Driftstilskudd til organisasjoner </w:t>
      </w:r>
      <w:r w:rsidR="009B1F14">
        <w:rPr>
          <w:i/>
          <w:lang w:val="nb-NO"/>
        </w:rPr>
        <w:t xml:space="preserve">for mennesker med bistandsbehov </w:t>
      </w:r>
      <w:r w:rsidR="009B1F14" w:rsidRPr="009B1F14">
        <w:rPr>
          <w:i/>
          <w:lang w:val="nb-NO"/>
        </w:rPr>
        <w:t>2027»</w:t>
      </w:r>
    </w:p>
    <w:p w14:paraId="600668B8" w14:textId="77777777" w:rsidR="00712451" w:rsidRPr="0020594F" w:rsidRDefault="00942FD9">
      <w:pPr>
        <w:pStyle w:val="Overskrift1"/>
        <w:spacing w:before="200" w:after="100"/>
        <w:rPr>
          <w:lang w:val="nb-NO"/>
        </w:rPr>
      </w:pPr>
      <w:r w:rsidRPr="0020594F">
        <w:rPr>
          <w:lang w:val="nb-NO"/>
        </w:rPr>
        <w:t>1. Opplysninger om søker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60"/>
        <w:gridCol w:w="7528"/>
      </w:tblGrid>
      <w:tr w:rsidR="00BF21C5" w:rsidRPr="0033568B" w14:paraId="64F12F48" w14:textId="77777777" w:rsidTr="000C74F5">
        <w:tc>
          <w:tcPr>
            <w:tcW w:w="2660" w:type="dxa"/>
          </w:tcPr>
          <w:p w14:paraId="6C88ABEE" w14:textId="77777777" w:rsidR="00BF21C5" w:rsidRPr="0033568B" w:rsidRDefault="00BF21C5" w:rsidP="000C74F5">
            <w:pPr>
              <w:spacing w:after="40"/>
            </w:pPr>
            <w:proofErr w:type="spellStart"/>
            <w:r w:rsidRPr="0033568B">
              <w:rPr>
                <w:b/>
              </w:rPr>
              <w:t>Organisasjonens</w:t>
            </w:r>
            <w:proofErr w:type="spellEnd"/>
            <w:r w:rsidRPr="0033568B">
              <w:rPr>
                <w:b/>
              </w:rPr>
              <w:t xml:space="preserve"> </w:t>
            </w:r>
            <w:proofErr w:type="spellStart"/>
            <w:r w:rsidRPr="0033568B">
              <w:rPr>
                <w:b/>
              </w:rPr>
              <w:t>navn</w:t>
            </w:r>
            <w:proofErr w:type="spellEnd"/>
            <w:r w:rsidRPr="0033568B">
              <w:rPr>
                <w:b/>
              </w:rPr>
              <w:t>:</w:t>
            </w:r>
            <w:r>
              <w:rPr>
                <w:b/>
              </w:rPr>
              <w:br/>
            </w:r>
          </w:p>
        </w:tc>
        <w:tc>
          <w:tcPr>
            <w:tcW w:w="7528" w:type="dxa"/>
          </w:tcPr>
          <w:p w14:paraId="5238B7D4" w14:textId="77777777" w:rsidR="00BF21C5" w:rsidRPr="0033568B" w:rsidRDefault="00BF21C5" w:rsidP="000C74F5">
            <w:pPr>
              <w:spacing w:after="40"/>
              <w:rPr>
                <w:b/>
              </w:rPr>
            </w:pPr>
          </w:p>
        </w:tc>
      </w:tr>
      <w:tr w:rsidR="00BF21C5" w:rsidRPr="0033568B" w14:paraId="6DD86EDE" w14:textId="77777777" w:rsidTr="000C74F5">
        <w:tc>
          <w:tcPr>
            <w:tcW w:w="2660" w:type="dxa"/>
          </w:tcPr>
          <w:p w14:paraId="13AFD33F" w14:textId="77777777" w:rsidR="00BF21C5" w:rsidRPr="0033568B" w:rsidRDefault="00BF21C5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Organisasjonsnummer: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5B47D58D" w14:textId="77777777" w:rsidR="00BF21C5" w:rsidRPr="0033568B" w:rsidRDefault="00BF21C5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BF21C5" w:rsidRPr="0033568B" w14:paraId="60590AAD" w14:textId="77777777" w:rsidTr="000C74F5">
        <w:tc>
          <w:tcPr>
            <w:tcW w:w="2660" w:type="dxa"/>
          </w:tcPr>
          <w:p w14:paraId="23222307" w14:textId="77777777" w:rsidR="00BF21C5" w:rsidRPr="0033568B" w:rsidRDefault="00BF21C5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Postadresse: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6FA67811" w14:textId="77777777" w:rsidR="00BF21C5" w:rsidRPr="0033568B" w:rsidRDefault="00BF21C5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BF21C5" w:rsidRPr="0033568B" w14:paraId="790A43F1" w14:textId="77777777" w:rsidTr="000C74F5">
        <w:tc>
          <w:tcPr>
            <w:tcW w:w="2660" w:type="dxa"/>
          </w:tcPr>
          <w:p w14:paraId="52FB7B45" w14:textId="77777777" w:rsidR="00BF21C5" w:rsidRPr="0033568B" w:rsidRDefault="00BF21C5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Kontaktperson: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14B4D98A" w14:textId="77777777" w:rsidR="00BF21C5" w:rsidRPr="0033568B" w:rsidRDefault="00BF21C5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BF21C5" w:rsidRPr="0033568B" w14:paraId="4BADF0BD" w14:textId="77777777" w:rsidTr="000C74F5">
        <w:tc>
          <w:tcPr>
            <w:tcW w:w="2660" w:type="dxa"/>
          </w:tcPr>
          <w:p w14:paraId="19DD7954" w14:textId="77777777" w:rsidR="00BF21C5" w:rsidRPr="0033568B" w:rsidRDefault="00BF21C5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Telefon: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608439E5" w14:textId="77777777" w:rsidR="00BF21C5" w:rsidRPr="0033568B" w:rsidRDefault="00BF21C5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BF21C5" w:rsidRPr="0033568B" w14:paraId="0DAAB8FA" w14:textId="77777777" w:rsidTr="000C74F5">
        <w:tc>
          <w:tcPr>
            <w:tcW w:w="2660" w:type="dxa"/>
          </w:tcPr>
          <w:p w14:paraId="6AF967BC" w14:textId="77777777" w:rsidR="00BF21C5" w:rsidRPr="0033568B" w:rsidRDefault="00BF21C5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 xml:space="preserve">E-post: 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7D0D98C5" w14:textId="77777777" w:rsidR="00BF21C5" w:rsidRPr="0033568B" w:rsidRDefault="00BF21C5" w:rsidP="000C74F5">
            <w:pPr>
              <w:spacing w:after="40"/>
              <w:rPr>
                <w:b/>
                <w:lang w:val="nb-NO"/>
              </w:rPr>
            </w:pPr>
          </w:p>
        </w:tc>
      </w:tr>
    </w:tbl>
    <w:p w14:paraId="7E4AE58B" w14:textId="77777777" w:rsidR="00BF21C5" w:rsidRDefault="00BF21C5">
      <w:pPr>
        <w:rPr>
          <w:lang w:val="nb-NO"/>
        </w:rPr>
      </w:pPr>
    </w:p>
    <w:p w14:paraId="476FDC50" w14:textId="372A5F6E" w:rsidR="00BF21C5" w:rsidRDefault="001F1684">
      <w:pPr>
        <w:rPr>
          <w:lang w:val="nb-NO"/>
        </w:rPr>
      </w:pPr>
      <w:proofErr w:type="spellStart"/>
      <w:r w:rsidRPr="00A52BD9">
        <w:rPr>
          <w:i/>
          <w:iCs/>
          <w:lang w:val="nb-NO"/>
        </w:rPr>
        <w:t>Svar</w:t>
      </w:r>
      <w:proofErr w:type="spellEnd"/>
      <w:r w:rsidRPr="00A52BD9">
        <w:rPr>
          <w:i/>
          <w:iCs/>
          <w:lang w:val="nb-NO"/>
        </w:rPr>
        <w:t xml:space="preserve"> </w:t>
      </w:r>
      <w:r w:rsidRPr="0033568B">
        <w:rPr>
          <w:b/>
          <w:bCs/>
          <w:i/>
          <w:iCs/>
          <w:lang w:val="nb-NO"/>
        </w:rPr>
        <w:t xml:space="preserve">ja </w:t>
      </w:r>
      <w:r w:rsidRPr="00A52BD9">
        <w:rPr>
          <w:i/>
          <w:iCs/>
          <w:lang w:val="nb-NO"/>
        </w:rPr>
        <w:t xml:space="preserve">eller </w:t>
      </w:r>
      <w:r w:rsidRPr="0033568B">
        <w:rPr>
          <w:b/>
          <w:bCs/>
          <w:i/>
          <w:iCs/>
          <w:lang w:val="nb-NO"/>
        </w:rPr>
        <w:t xml:space="preserve">nei </w:t>
      </w:r>
      <w:r w:rsidRPr="00A52BD9">
        <w:rPr>
          <w:i/>
          <w:iCs/>
          <w:lang w:val="nb-NO"/>
        </w:rPr>
        <w:t xml:space="preserve">bak </w:t>
      </w:r>
      <w:r>
        <w:rPr>
          <w:i/>
          <w:iCs/>
          <w:lang w:val="nb-NO"/>
        </w:rPr>
        <w:t xml:space="preserve">de to setningene nedenfor:  </w:t>
      </w:r>
      <w:r w:rsidRPr="00A52BD9">
        <w:rPr>
          <w:i/>
          <w:iCs/>
          <w:lang w:val="nb-NO"/>
        </w:rPr>
        <w:t xml:space="preserve"> </w:t>
      </w:r>
    </w:p>
    <w:p w14:paraId="32A9293D" w14:textId="3461EE53" w:rsidR="00712451" w:rsidRPr="0020594F" w:rsidRDefault="00942FD9">
      <w:pPr>
        <w:rPr>
          <w:lang w:val="nb-NO"/>
        </w:rPr>
      </w:pPr>
      <w:r w:rsidRPr="0020594F">
        <w:rPr>
          <w:lang w:val="nb-NO"/>
        </w:rPr>
        <w:t>Organisasjonen er registrert i Frivillighetsregisteret (Brønnøysundregistrene)</w:t>
      </w:r>
      <w:r w:rsidR="001F1684">
        <w:rPr>
          <w:lang w:val="nb-NO"/>
        </w:rPr>
        <w:t>:</w:t>
      </w:r>
    </w:p>
    <w:p w14:paraId="1E9FC7E1" w14:textId="3163F0F2" w:rsidR="00712451" w:rsidRPr="0020594F" w:rsidRDefault="00942FD9">
      <w:pPr>
        <w:rPr>
          <w:lang w:val="nb-NO"/>
        </w:rPr>
      </w:pPr>
      <w:r w:rsidRPr="0020594F">
        <w:rPr>
          <w:lang w:val="nb-NO"/>
        </w:rPr>
        <w:t>Organisasjonen har tilhørighet i Sarpsborg kommune</w:t>
      </w:r>
      <w:r w:rsidR="001F1684">
        <w:rPr>
          <w:lang w:val="nb-NO"/>
        </w:rPr>
        <w:t>:</w:t>
      </w:r>
    </w:p>
    <w:p w14:paraId="72C3B77C" w14:textId="621F43F9" w:rsidR="00712451" w:rsidRPr="0020594F" w:rsidRDefault="001F1684">
      <w:pPr>
        <w:spacing w:after="40"/>
        <w:rPr>
          <w:lang w:val="nb-NO"/>
        </w:rPr>
      </w:pPr>
      <w:r>
        <w:rPr>
          <w:b/>
          <w:lang w:val="nb-NO"/>
        </w:rPr>
        <w:br/>
      </w:r>
      <w:r w:rsidR="00942FD9" w:rsidRPr="0020594F">
        <w:rPr>
          <w:b/>
          <w:lang w:val="nb-NO"/>
        </w:rPr>
        <w:t>Kort beskrivelse av organisasjonens formål og hovedaktivitet:</w:t>
      </w:r>
    </w:p>
    <w:p w14:paraId="59630B74" w14:textId="6F191BCE" w:rsidR="00712451" w:rsidRPr="0020594F" w:rsidRDefault="005C127D">
      <w:pPr>
        <w:spacing w:after="60"/>
        <w:rPr>
          <w:lang w:val="nb-NO"/>
        </w:rPr>
      </w:pPr>
      <w:r w:rsidRPr="0033568B">
        <w:rPr>
          <w:noProof/>
          <w:sz w:val="18"/>
          <w:lang w:val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1021BA" wp14:editId="30EA937E">
                <wp:simplePos x="0" y="0"/>
                <wp:positionH relativeFrom="column">
                  <wp:posOffset>0</wp:posOffset>
                </wp:positionH>
                <wp:positionV relativeFrom="paragraph">
                  <wp:posOffset>235585</wp:posOffset>
                </wp:positionV>
                <wp:extent cx="5996940" cy="2000250"/>
                <wp:effectExtent l="0" t="0" r="22860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B11C5" w14:textId="77777777" w:rsidR="005C127D" w:rsidRPr="0033568B" w:rsidRDefault="005C127D" w:rsidP="005C127D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021BA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18.55pt;width:472.2pt;height:15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">
                <v:textbox>
                  <w:txbxContent>
                    <w:p w14:paraId="2B6B11C5" w14:textId="77777777" w:rsidR="005C127D" w:rsidRPr="0033568B" w:rsidRDefault="005C127D" w:rsidP="005C127D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C0E9C3" w14:textId="057E835E" w:rsidR="00712451" w:rsidRPr="0020594F" w:rsidRDefault="00942FD9">
      <w:pPr>
        <w:pStyle w:val="Overskrift1"/>
        <w:spacing w:before="200" w:after="100"/>
        <w:rPr>
          <w:lang w:val="nb-NO"/>
        </w:rPr>
      </w:pPr>
      <w:r w:rsidRPr="0020594F">
        <w:rPr>
          <w:lang w:val="nb-NO"/>
        </w:rPr>
        <w:t>2. Målgruppe og aktivitet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19"/>
        <w:gridCol w:w="5969"/>
      </w:tblGrid>
      <w:tr w:rsidR="00135C4A" w:rsidRPr="00135C4A" w14:paraId="33706B95" w14:textId="2B0ED477" w:rsidTr="00135C4A">
        <w:tc>
          <w:tcPr>
            <w:tcW w:w="4219" w:type="dxa"/>
          </w:tcPr>
          <w:p w14:paraId="37DCFA05" w14:textId="77777777" w:rsidR="00135C4A" w:rsidRPr="00135C4A" w:rsidRDefault="00135C4A" w:rsidP="007F726D">
            <w:pPr>
              <w:spacing w:after="40"/>
              <w:rPr>
                <w:lang w:val="nb-NO"/>
              </w:rPr>
            </w:pPr>
            <w:r w:rsidRPr="00135C4A">
              <w:rPr>
                <w:b/>
                <w:lang w:val="nb-NO"/>
              </w:rPr>
              <w:t>Antall medlemmer i målgruppen:</w:t>
            </w:r>
            <w:r w:rsidRPr="00135C4A">
              <w:rPr>
                <w:b/>
                <w:lang w:val="nb-NO"/>
              </w:rPr>
              <w:br/>
            </w:r>
          </w:p>
        </w:tc>
        <w:tc>
          <w:tcPr>
            <w:tcW w:w="5969" w:type="dxa"/>
          </w:tcPr>
          <w:p w14:paraId="72F9A6DA" w14:textId="77777777" w:rsidR="00135C4A" w:rsidRPr="00135C4A" w:rsidRDefault="00135C4A" w:rsidP="007F726D">
            <w:pPr>
              <w:spacing w:after="40"/>
              <w:rPr>
                <w:b/>
                <w:lang w:val="nb-NO"/>
              </w:rPr>
            </w:pPr>
          </w:p>
        </w:tc>
      </w:tr>
      <w:tr w:rsidR="00135C4A" w:rsidRPr="00135C4A" w14:paraId="64A5B1E3" w14:textId="7F3599D8" w:rsidTr="00135C4A">
        <w:tc>
          <w:tcPr>
            <w:tcW w:w="4219" w:type="dxa"/>
          </w:tcPr>
          <w:p w14:paraId="22BA1F6E" w14:textId="77777777" w:rsidR="00135C4A" w:rsidRDefault="00135C4A" w:rsidP="007F726D">
            <w:pPr>
              <w:spacing w:after="40"/>
              <w:rPr>
                <w:b/>
                <w:lang w:val="nb-NO"/>
              </w:rPr>
            </w:pPr>
            <w:r w:rsidRPr="00135C4A">
              <w:rPr>
                <w:b/>
                <w:lang w:val="nb-NO"/>
              </w:rPr>
              <w:t>Beskriv aktivitetstilbudet til målgruppen:</w:t>
            </w:r>
          </w:p>
          <w:p w14:paraId="7ADBFDD4" w14:textId="77777777" w:rsidR="00135C4A" w:rsidRPr="00135C4A" w:rsidRDefault="00135C4A" w:rsidP="007F726D">
            <w:pPr>
              <w:spacing w:after="40"/>
              <w:rPr>
                <w:lang w:val="nb-NO"/>
              </w:rPr>
            </w:pPr>
          </w:p>
        </w:tc>
        <w:tc>
          <w:tcPr>
            <w:tcW w:w="5969" w:type="dxa"/>
          </w:tcPr>
          <w:p w14:paraId="465BE702" w14:textId="77777777" w:rsidR="00135C4A" w:rsidRPr="00135C4A" w:rsidRDefault="00135C4A" w:rsidP="007F726D">
            <w:pPr>
              <w:spacing w:after="40"/>
              <w:rPr>
                <w:b/>
                <w:lang w:val="nb-NO"/>
              </w:rPr>
            </w:pPr>
          </w:p>
        </w:tc>
      </w:tr>
      <w:tr w:rsidR="00135C4A" w:rsidRPr="009B1F14" w14:paraId="5C794B7F" w14:textId="4A7D96D2" w:rsidTr="00135C4A">
        <w:tc>
          <w:tcPr>
            <w:tcW w:w="4219" w:type="dxa"/>
          </w:tcPr>
          <w:p w14:paraId="1A7D046B" w14:textId="77777777" w:rsidR="00135C4A" w:rsidRDefault="00135C4A" w:rsidP="007F726D">
            <w:pPr>
              <w:spacing w:after="40"/>
              <w:rPr>
                <w:b/>
                <w:lang w:val="nb-NO"/>
              </w:rPr>
            </w:pPr>
            <w:r w:rsidRPr="00135C4A">
              <w:rPr>
                <w:b/>
                <w:lang w:val="nb-NO"/>
              </w:rPr>
              <w:lastRenderedPageBreak/>
              <w:t>Beskriv hvordan aktivitetene gjennomføres og hvilket bistands-/tilretteleggingsbehov tilbudet er innrettet mot (ikke oppgi unødvendige person- eller helseopplysninger):</w:t>
            </w:r>
          </w:p>
          <w:p w14:paraId="1748BCA2" w14:textId="77777777" w:rsidR="00135C4A" w:rsidRPr="00135C4A" w:rsidRDefault="00135C4A" w:rsidP="007F726D">
            <w:pPr>
              <w:spacing w:after="40"/>
              <w:rPr>
                <w:lang w:val="nb-NO"/>
              </w:rPr>
            </w:pPr>
          </w:p>
        </w:tc>
        <w:tc>
          <w:tcPr>
            <w:tcW w:w="5969" w:type="dxa"/>
          </w:tcPr>
          <w:p w14:paraId="4F0FC99C" w14:textId="77777777" w:rsidR="00135C4A" w:rsidRPr="00135C4A" w:rsidRDefault="00135C4A" w:rsidP="007F726D">
            <w:pPr>
              <w:spacing w:after="40"/>
              <w:rPr>
                <w:b/>
                <w:lang w:val="nb-NO"/>
              </w:rPr>
            </w:pPr>
          </w:p>
        </w:tc>
      </w:tr>
      <w:tr w:rsidR="00135C4A" w:rsidRPr="00135C4A" w14:paraId="4F9F5348" w14:textId="3459D29B" w:rsidTr="00135C4A">
        <w:tc>
          <w:tcPr>
            <w:tcW w:w="4219" w:type="dxa"/>
          </w:tcPr>
          <w:p w14:paraId="34522D44" w14:textId="77777777" w:rsidR="00135C4A" w:rsidRPr="00135C4A" w:rsidRDefault="00135C4A" w:rsidP="007F726D">
            <w:pPr>
              <w:spacing w:after="40"/>
              <w:rPr>
                <w:lang w:val="nb-NO"/>
              </w:rPr>
            </w:pPr>
            <w:r w:rsidRPr="00135C4A">
              <w:rPr>
                <w:b/>
                <w:lang w:val="nb-NO"/>
              </w:rPr>
              <w:t>Omfang/hyppighet på aktivitetene:</w:t>
            </w:r>
          </w:p>
        </w:tc>
        <w:tc>
          <w:tcPr>
            <w:tcW w:w="5969" w:type="dxa"/>
          </w:tcPr>
          <w:p w14:paraId="4F2C59DF" w14:textId="77777777" w:rsidR="00135C4A" w:rsidRDefault="00135C4A" w:rsidP="007F726D">
            <w:pPr>
              <w:spacing w:after="40"/>
              <w:rPr>
                <w:b/>
                <w:lang w:val="nb-NO"/>
              </w:rPr>
            </w:pPr>
          </w:p>
          <w:p w14:paraId="74F14F89" w14:textId="77777777" w:rsidR="00135C4A" w:rsidRPr="00135C4A" w:rsidRDefault="00135C4A" w:rsidP="007F726D">
            <w:pPr>
              <w:spacing w:after="40"/>
              <w:rPr>
                <w:b/>
                <w:lang w:val="nb-NO"/>
              </w:rPr>
            </w:pPr>
          </w:p>
        </w:tc>
      </w:tr>
    </w:tbl>
    <w:p w14:paraId="1CB5B9F9" w14:textId="77777777" w:rsidR="0020594F" w:rsidRDefault="0020594F">
      <w:pPr>
        <w:pStyle w:val="Overskrift1"/>
        <w:spacing w:before="200" w:after="100"/>
        <w:rPr>
          <w:lang w:val="nb-NO"/>
        </w:rPr>
      </w:pPr>
    </w:p>
    <w:p w14:paraId="7F8238CD" w14:textId="4B0BBF46" w:rsidR="00712451" w:rsidRPr="0020594F" w:rsidRDefault="00942FD9">
      <w:pPr>
        <w:pStyle w:val="Overskrift1"/>
        <w:spacing w:before="200" w:after="100"/>
        <w:rPr>
          <w:lang w:val="nb-NO"/>
        </w:rPr>
      </w:pPr>
      <w:r w:rsidRPr="0020594F">
        <w:rPr>
          <w:lang w:val="nb-NO"/>
        </w:rPr>
        <w:t>Vedlegg og bekreftelser</w:t>
      </w:r>
    </w:p>
    <w:p w14:paraId="1136F7E8" w14:textId="77777777" w:rsidR="00492102" w:rsidRPr="003813CA" w:rsidRDefault="00492102" w:rsidP="00492102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Ved å søke bekrefter du at: </w:t>
      </w:r>
    </w:p>
    <w:p w14:paraId="04D13A41" w14:textId="336FE266" w:rsidR="00492102" w:rsidRPr="003813CA" w:rsidRDefault="00492102" w:rsidP="00492102">
      <w:pPr>
        <w:pStyle w:val="Listeavsnitt"/>
        <w:numPr>
          <w:ilvl w:val="0"/>
          <w:numId w:val="10"/>
        </w:numPr>
        <w:rPr>
          <w:lang w:val="nb-NO"/>
        </w:rPr>
      </w:pPr>
      <w:r w:rsidRPr="003813CA">
        <w:rPr>
          <w:lang w:val="nb-NO"/>
        </w:rPr>
        <w:t>Foreningen er åpen for alle</w:t>
      </w:r>
      <w:r>
        <w:rPr>
          <w:lang w:val="nb-NO"/>
        </w:rPr>
        <w:t xml:space="preserve"> som har dokumentert bistandsbehov.</w:t>
      </w:r>
    </w:p>
    <w:p w14:paraId="69B48137" w14:textId="77777777" w:rsidR="00492102" w:rsidRPr="003813CA" w:rsidRDefault="00492102" w:rsidP="00492102">
      <w:pPr>
        <w:pStyle w:val="Listeavsnitt"/>
        <w:numPr>
          <w:ilvl w:val="0"/>
          <w:numId w:val="11"/>
        </w:numPr>
        <w:rPr>
          <w:lang w:val="nb-NO"/>
        </w:rPr>
      </w:pPr>
      <w:r w:rsidRPr="003813CA">
        <w:rPr>
          <w:lang w:val="nb-NO"/>
        </w:rPr>
        <w:t>Organisasjonens primære formål er ikke å ivareta medlemmenes yrkes- eller økonomiske interesser.</w:t>
      </w:r>
    </w:p>
    <w:p w14:paraId="4CCDFE43" w14:textId="77777777" w:rsidR="00492102" w:rsidRDefault="00492102" w:rsidP="00492102">
      <w:pPr>
        <w:pStyle w:val="Listeavsnitt"/>
        <w:numPr>
          <w:ilvl w:val="0"/>
          <w:numId w:val="12"/>
        </w:numPr>
        <w:rPr>
          <w:lang w:val="nb-NO"/>
        </w:rPr>
      </w:pPr>
      <w:r w:rsidRPr="003813CA">
        <w:rPr>
          <w:lang w:val="nb-NO"/>
        </w:rPr>
        <w:t>Organisasjonen er ikke politisk, sykdomsrelatert eller humanitær.</w:t>
      </w:r>
    </w:p>
    <w:p w14:paraId="15A01DAB" w14:textId="77777777" w:rsidR="00492102" w:rsidRDefault="00492102" w:rsidP="00492102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Medlemsliste er vedlagt</w:t>
      </w:r>
    </w:p>
    <w:p w14:paraId="3A9EEDFB" w14:textId="77777777" w:rsidR="00492102" w:rsidRDefault="00492102" w:rsidP="00492102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Årsrapport er vedlagt.</w:t>
      </w:r>
    </w:p>
    <w:p w14:paraId="7E1C8D3F" w14:textId="77777777" w:rsidR="00492102" w:rsidRDefault="00492102" w:rsidP="00492102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Regnskap er vedlagt.</w:t>
      </w:r>
    </w:p>
    <w:p w14:paraId="2863ACA3" w14:textId="77777777" w:rsidR="00492102" w:rsidRDefault="00492102" w:rsidP="00492102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Oppgitt medlemstall stemmer med vedlagt medlemsliste.</w:t>
      </w:r>
    </w:p>
    <w:p w14:paraId="12E2C1B5" w14:textId="77777777" w:rsidR="00492102" w:rsidRDefault="00492102" w:rsidP="00492102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Opplysningene i søknaden er korrekte.</w:t>
      </w:r>
    </w:p>
    <w:p w14:paraId="062C46A5" w14:textId="144061C9" w:rsidR="00712451" w:rsidRPr="00492102" w:rsidRDefault="00492102" w:rsidP="00492102">
      <w:pPr>
        <w:pStyle w:val="Listeavsnitt"/>
        <w:numPr>
          <w:ilvl w:val="0"/>
          <w:numId w:val="12"/>
        </w:numPr>
        <w:rPr>
          <w:lang w:val="nb-NO"/>
        </w:rPr>
      </w:pPr>
      <w:r>
        <w:rPr>
          <w:lang w:val="nb-NO"/>
        </w:rPr>
        <w:t>O</w:t>
      </w:r>
      <w:r w:rsidRPr="000211D0">
        <w:rPr>
          <w:lang w:val="nb-NO"/>
        </w:rPr>
        <w:t>rganisasjonen har lest og forstått retningslinjene og vilkårene for tilskuddsordningen.</w:t>
      </w:r>
    </w:p>
    <w:sectPr w:rsidR="00712451" w:rsidRPr="00492102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ED17F8"/>
    <w:multiLevelType w:val="hybridMultilevel"/>
    <w:tmpl w:val="DF70873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97617"/>
    <w:multiLevelType w:val="hybridMultilevel"/>
    <w:tmpl w:val="59A213A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41562"/>
    <w:multiLevelType w:val="hybridMultilevel"/>
    <w:tmpl w:val="3884689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726276">
    <w:abstractNumId w:val="8"/>
  </w:num>
  <w:num w:numId="2" w16cid:durableId="1775904315">
    <w:abstractNumId w:val="6"/>
  </w:num>
  <w:num w:numId="3" w16cid:durableId="1566522735">
    <w:abstractNumId w:val="5"/>
  </w:num>
  <w:num w:numId="4" w16cid:durableId="874151890">
    <w:abstractNumId w:val="4"/>
  </w:num>
  <w:num w:numId="5" w16cid:durableId="1419594158">
    <w:abstractNumId w:val="7"/>
  </w:num>
  <w:num w:numId="6" w16cid:durableId="188108982">
    <w:abstractNumId w:val="3"/>
  </w:num>
  <w:num w:numId="7" w16cid:durableId="12465110">
    <w:abstractNumId w:val="2"/>
  </w:num>
  <w:num w:numId="8" w16cid:durableId="354892138">
    <w:abstractNumId w:val="1"/>
  </w:num>
  <w:num w:numId="9" w16cid:durableId="751008441">
    <w:abstractNumId w:val="0"/>
  </w:num>
  <w:num w:numId="10" w16cid:durableId="907230926">
    <w:abstractNumId w:val="10"/>
  </w:num>
  <w:num w:numId="11" w16cid:durableId="571426707">
    <w:abstractNumId w:val="9"/>
  </w:num>
  <w:num w:numId="12" w16cid:durableId="1923179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5C4A"/>
    <w:rsid w:val="0015074B"/>
    <w:rsid w:val="001F1684"/>
    <w:rsid w:val="0020594F"/>
    <w:rsid w:val="0029639D"/>
    <w:rsid w:val="00326F90"/>
    <w:rsid w:val="00463F3B"/>
    <w:rsid w:val="00492102"/>
    <w:rsid w:val="005943E7"/>
    <w:rsid w:val="005C127D"/>
    <w:rsid w:val="00712451"/>
    <w:rsid w:val="008F652B"/>
    <w:rsid w:val="00942FD9"/>
    <w:rsid w:val="009B1F14"/>
    <w:rsid w:val="00AA1D8D"/>
    <w:rsid w:val="00B47730"/>
    <w:rsid w:val="00BF21C5"/>
    <w:rsid w:val="00CB0664"/>
    <w:rsid w:val="00D84C88"/>
    <w:rsid w:val="00DD0A28"/>
    <w:rsid w:val="00F41B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240EE"/>
  <w14:defaultImageDpi w14:val="300"/>
  <w15:docId w15:val="{9D3FFF96-457F-4487-907F-4B895D30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kobling">
    <w:name w:val="Hyperlink"/>
    <w:basedOn w:val="Standardskriftforavsnitt"/>
    <w:uiPriority w:val="99"/>
    <w:unhideWhenUsed/>
    <w:rsid w:val="009B1F14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B1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stmottak@sarpsborg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3b82a4-3fd0-43a3-82e7-d50992add046}" enabled="0" method="" siteId="{d73b82a4-3fd0-43a3-82e7-d50992add0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1286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Cecilie Sommer-Mathiesen</cp:lastModifiedBy>
  <cp:revision>2</cp:revision>
  <dcterms:created xsi:type="dcterms:W3CDTF">2026-09-18T08:39:00Z</dcterms:created>
  <dcterms:modified xsi:type="dcterms:W3CDTF">2026-09-18T08:39:00Z</dcterms:modified>
  <cp:category/>
</cp:coreProperties>
</file>